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E7C32" w14:textId="73EF1965" w:rsidR="00F131D2" w:rsidRDefault="00F131D2" w:rsidP="00F131D2">
      <w:pPr>
        <w:jc w:val="right"/>
        <w:rPr>
          <w:rFonts w:eastAsiaTheme="minorEastAsia" w:hint="eastAsia"/>
          <w:bCs/>
          <w:color w:val="222222"/>
          <w:sz w:val="20"/>
          <w:szCs w:val="12"/>
          <w:lang w:eastAsia="ja-JP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59B6552" wp14:editId="02436857">
            <wp:simplePos x="0" y="0"/>
            <wp:positionH relativeFrom="margin">
              <wp:align>left</wp:align>
            </wp:positionH>
            <wp:positionV relativeFrom="paragraph">
              <wp:posOffset>198755</wp:posOffset>
            </wp:positionV>
            <wp:extent cx="1482851" cy="1200150"/>
            <wp:effectExtent l="0" t="0" r="317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pg_logo_crop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82851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F8C560" w14:textId="43D8EC54" w:rsidR="0070060E" w:rsidRDefault="0070060E" w:rsidP="00F131D2">
      <w:pPr>
        <w:jc w:val="right"/>
        <w:rPr>
          <w:rFonts w:eastAsiaTheme="minorEastAsia" w:hint="eastAsia"/>
          <w:bCs/>
          <w:color w:val="222222"/>
          <w:sz w:val="20"/>
          <w:szCs w:val="12"/>
          <w:lang w:eastAsia="ja-JP"/>
        </w:rPr>
      </w:pPr>
      <w:r w:rsidRPr="00AC0538">
        <w:rPr>
          <w:rFonts w:eastAsiaTheme="minorEastAsia" w:hint="eastAsia"/>
          <w:bCs/>
          <w:color w:val="222222"/>
          <w:sz w:val="20"/>
          <w:szCs w:val="12"/>
          <w:lang w:eastAsia="ja-JP"/>
        </w:rPr>
        <w:t>申込日：　　年　　　月　　　日</w:t>
      </w:r>
    </w:p>
    <w:p w14:paraId="3BE53289" w14:textId="77777777" w:rsidR="00333792" w:rsidRPr="0070060E" w:rsidRDefault="00333792" w:rsidP="00D51EE1">
      <w:pPr>
        <w:spacing w:after="0"/>
        <w:jc w:val="right"/>
        <w:rPr>
          <w:rFonts w:eastAsiaTheme="minorEastAsia" w:hint="eastAsia"/>
          <w:bCs/>
          <w:color w:val="222222"/>
          <w:sz w:val="20"/>
          <w:szCs w:val="12"/>
          <w:lang w:eastAsia="ja-JP"/>
        </w:rPr>
      </w:pPr>
    </w:p>
    <w:p w14:paraId="1651C8D3" w14:textId="6F0684DB" w:rsidR="0070060E" w:rsidRPr="00615D34" w:rsidRDefault="0070060E" w:rsidP="00615D34">
      <w:pPr>
        <w:spacing w:after="0"/>
        <w:jc w:val="center"/>
        <w:rPr>
          <w:rFonts w:eastAsiaTheme="minorEastAsia" w:hint="eastAsia"/>
          <w:sz w:val="22"/>
          <w:szCs w:val="36"/>
          <w:lang w:eastAsia="ja-JP"/>
        </w:rPr>
      </w:pPr>
      <w:r w:rsidRPr="00615D34">
        <w:rPr>
          <w:b/>
          <w:color w:val="222222"/>
          <w:sz w:val="52"/>
          <w:szCs w:val="36"/>
          <w:lang w:eastAsia="ja-JP"/>
        </w:rPr>
        <w:t>申込書</w:t>
      </w:r>
    </w:p>
    <w:p w14:paraId="7C49AE5A" w14:textId="622DE908" w:rsidR="0070060E" w:rsidRDefault="0070060E" w:rsidP="0070060E">
      <w:pPr>
        <w:spacing w:after="0"/>
        <w:jc w:val="center"/>
        <w:rPr>
          <w:rFonts w:eastAsiaTheme="minorEastAsia" w:hint="eastAsia"/>
          <w:color w:val="444444"/>
          <w:sz w:val="18"/>
          <w:lang w:eastAsia="ja-JP"/>
        </w:rPr>
      </w:pPr>
      <w:r>
        <w:rPr>
          <w:color w:val="444444"/>
          <w:sz w:val="18"/>
          <w:lang w:eastAsia="ja-JP"/>
        </w:rPr>
        <w:t>住宅部門・設備基礎部門 共通版</w:t>
      </w:r>
    </w:p>
    <w:p w14:paraId="4AFF06C9" w14:textId="3DCB41E3" w:rsidR="0070060E" w:rsidRPr="00641E50" w:rsidRDefault="00641E50" w:rsidP="00641E50">
      <w:pPr>
        <w:spacing w:afterLines="50" w:after="120"/>
        <w:jc w:val="center"/>
        <w:rPr>
          <w:rFonts w:asciiTheme="majorEastAsia" w:eastAsiaTheme="majorEastAsia" w:hAnsiTheme="majorEastAsia"/>
          <w:b/>
          <w:bCs/>
          <w:color w:val="444444"/>
          <w:sz w:val="22"/>
          <w:szCs w:val="32"/>
          <w:lang w:eastAsia="ja-JP"/>
        </w:rPr>
      </w:pPr>
      <w:r>
        <w:rPr>
          <w:b/>
          <w:noProof/>
          <w:color w:val="222222"/>
          <w:sz w:val="20"/>
          <w:szCs w:val="28"/>
          <w:lang w:eastAsia="ja-JP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EABA49" wp14:editId="589FBAED">
                <wp:simplePos x="0" y="0"/>
                <wp:positionH relativeFrom="margin">
                  <wp:align>right</wp:align>
                </wp:positionH>
                <wp:positionV relativeFrom="paragraph">
                  <wp:posOffset>235432</wp:posOffset>
                </wp:positionV>
                <wp:extent cx="6532880" cy="17145"/>
                <wp:effectExtent l="38100" t="38100" r="77470" b="97155"/>
                <wp:wrapNone/>
                <wp:docPr id="2141102270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32880" cy="17145"/>
                        </a:xfrm>
                        <a:prstGeom prst="line">
                          <a:avLst/>
                        </a:prstGeom>
                        <a:ln>
                          <a:solidFill>
                            <a:srgbClr val="33634B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A45266" id="直線コネクタ 1" o:spid="_x0000_s1026" style="position:absolute;flip:y;z-index:25166233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63.2pt,18.55pt" to="977.6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" strokecolor="#33634b" strokeweight="2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="0070060E" w:rsidRPr="00641E50">
        <w:rPr>
          <w:rFonts w:asciiTheme="majorEastAsia" w:eastAsiaTheme="majorEastAsia" w:hAnsiTheme="majorEastAsia" w:hint="eastAsia"/>
          <w:b/>
          <w:bCs/>
          <w:color w:val="444444"/>
          <w:sz w:val="24"/>
          <w:szCs w:val="36"/>
          <w:lang w:eastAsia="ja-JP"/>
        </w:rPr>
        <w:t>日本初</w:t>
      </w:r>
      <w:r w:rsidR="0070060E" w:rsidRPr="00641E50">
        <w:rPr>
          <w:rFonts w:asciiTheme="majorEastAsia" w:eastAsiaTheme="majorEastAsia" w:hAnsiTheme="majorEastAsia" w:hint="eastAsia"/>
          <w:b/>
          <w:bCs/>
          <w:color w:val="444444"/>
          <w:sz w:val="22"/>
          <w:szCs w:val="32"/>
          <w:lang w:eastAsia="ja-JP"/>
        </w:rPr>
        <w:t>「再利用可能な複合地盤補強工法・地盤保証付き」</w:t>
      </w:r>
    </w:p>
    <w:p w14:paraId="73E7CF07" w14:textId="19AA855F" w:rsidR="00333792" w:rsidRDefault="007609FF" w:rsidP="00C7597E">
      <w:pPr>
        <w:spacing w:after="0"/>
        <w:rPr>
          <w:rFonts w:eastAsiaTheme="minorEastAsia" w:hint="eastAsia"/>
          <w:sz w:val="20"/>
          <w:szCs w:val="28"/>
          <w:lang w:eastAsia="ja-JP"/>
        </w:rPr>
      </w:pPr>
      <w:r w:rsidRPr="00086AAA">
        <w:rPr>
          <w:b/>
          <w:color w:val="222222"/>
          <w:sz w:val="20"/>
          <w:szCs w:val="28"/>
          <w:lang w:eastAsia="ja-JP"/>
        </w:rPr>
        <w:t>一般社団法人サステナブル地盤再利用協会</w:t>
      </w:r>
      <w:r w:rsidR="00C7597E">
        <w:rPr>
          <w:rFonts w:ascii="ＭＳ 明朝" w:eastAsia="ＭＳ 明朝" w:hAnsi="ＭＳ 明朝" w:cs="ＭＳ 明朝" w:hint="eastAsia"/>
          <w:b/>
          <w:color w:val="222222"/>
          <w:sz w:val="20"/>
          <w:szCs w:val="28"/>
          <w:lang w:eastAsia="ja-JP"/>
        </w:rPr>
        <w:t xml:space="preserve">　</w:t>
      </w:r>
      <w:r w:rsidRPr="00086AAA">
        <w:rPr>
          <w:b/>
          <w:color w:val="222222"/>
          <w:sz w:val="20"/>
          <w:szCs w:val="28"/>
          <w:lang w:eastAsia="ja-JP"/>
        </w:rPr>
        <w:t>御中</w:t>
      </w:r>
    </w:p>
    <w:p w14:paraId="788D0BF8" w14:textId="77777777" w:rsidR="00641E50" w:rsidRDefault="007609FF" w:rsidP="00333792">
      <w:pPr>
        <w:spacing w:after="0"/>
        <w:rPr>
          <w:rFonts w:eastAsiaTheme="minorEastAsia" w:hint="eastAsia"/>
          <w:color w:val="222222"/>
          <w:sz w:val="18"/>
          <w:szCs w:val="28"/>
          <w:lang w:eastAsia="ja-JP"/>
        </w:rPr>
      </w:pPr>
      <w:r w:rsidRPr="00333792">
        <w:rPr>
          <w:color w:val="222222"/>
          <w:sz w:val="18"/>
          <w:szCs w:val="28"/>
          <w:lang w:eastAsia="ja-JP"/>
        </w:rPr>
        <w:t>貴協会の趣旨に賛同し、下記のとおり申し込みます。</w:t>
      </w:r>
    </w:p>
    <w:p w14:paraId="4C14713C" w14:textId="35FAFB72" w:rsidR="00DC1ECF" w:rsidRPr="00641E50" w:rsidRDefault="00DC1ECF" w:rsidP="00333792">
      <w:pPr>
        <w:spacing w:after="0"/>
        <w:rPr>
          <w:rFonts w:eastAsiaTheme="minorEastAsia" w:hint="eastAsia"/>
          <w:color w:val="222222"/>
          <w:sz w:val="18"/>
          <w:szCs w:val="28"/>
          <w:lang w:eastAsia="ja-JP"/>
        </w:rPr>
      </w:pPr>
      <w:r w:rsidRPr="00086AAA">
        <w:rPr>
          <w:color w:val="222222"/>
          <w:sz w:val="18"/>
          <w:szCs w:val="28"/>
          <w:lang w:eastAsia="ja-JP"/>
        </w:rPr>
        <w:t>協会活動により知り得た技術情報、顧客情報、案件情報その他秘密情報を、協会の承認なく第三者へ開示しません。</w:t>
      </w:r>
    </w:p>
    <w:p w14:paraId="25D5B07E" w14:textId="3036FCB2" w:rsidR="008F08A4" w:rsidRPr="00E2399F" w:rsidRDefault="00D910FC" w:rsidP="00D51EE1">
      <w:pPr>
        <w:pBdr>
          <w:bottom w:val="single" w:sz="7" w:space="3" w:color="00533A"/>
        </w:pBdr>
        <w:spacing w:beforeLines="50" w:before="120" w:after="0" w:line="240" w:lineRule="auto"/>
        <w:rPr>
          <w:sz w:val="20"/>
          <w:szCs w:val="28"/>
          <w:lang w:eastAsia="zh-CN"/>
        </w:rPr>
      </w:pPr>
      <w:r w:rsidRPr="00E2399F">
        <w:rPr>
          <w:b/>
          <w:color w:val="00533A"/>
          <w:sz w:val="24"/>
          <w:szCs w:val="28"/>
          <w:lang w:eastAsia="zh-CN"/>
        </w:rPr>
        <w:t>1. 申込区分</w:t>
      </w:r>
      <w:r w:rsidR="00D532B2">
        <w:rPr>
          <w:rFonts w:ascii="ＭＳ 明朝" w:eastAsia="ＭＳ 明朝" w:hAnsi="ＭＳ 明朝" w:cs="ＭＳ 明朝" w:hint="eastAsia"/>
          <w:b/>
          <w:color w:val="00533A"/>
          <w:sz w:val="24"/>
          <w:szCs w:val="28"/>
          <w:lang w:eastAsia="zh-CN"/>
        </w:rPr>
        <w:t>（複数選択可）</w:t>
      </w:r>
    </w:p>
    <w:tbl>
      <w:tblPr>
        <w:tblStyle w:val="afe"/>
        <w:tblW w:w="10340" w:type="dxa"/>
        <w:jc w:val="center"/>
        <w:tblLayout w:type="fixed"/>
        <w:tblLook w:val="04A0" w:firstRow="1" w:lastRow="0" w:firstColumn="1" w:lastColumn="0" w:noHBand="0" w:noVBand="1"/>
      </w:tblPr>
      <w:tblGrid>
        <w:gridCol w:w="1693"/>
        <w:gridCol w:w="3409"/>
        <w:gridCol w:w="1694"/>
        <w:gridCol w:w="3544"/>
      </w:tblGrid>
      <w:tr w:rsidR="00A81E80" w14:paraId="4F50859C" w14:textId="1BA6A41D" w:rsidTr="00AC5263">
        <w:trPr>
          <w:trHeight w:val="62"/>
          <w:jc w:val="center"/>
        </w:trPr>
        <w:tc>
          <w:tcPr>
            <w:tcW w:w="1693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AF4E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1E0A7DF" w14:textId="0FC4FFE5" w:rsidR="00A81E80" w:rsidRPr="00A13E4B" w:rsidRDefault="00A81E80" w:rsidP="00A81E80">
            <w:pPr>
              <w:rPr>
                <w:rFonts w:eastAsiaTheme="minorEastAsia" w:hint="eastAsia"/>
                <w:sz w:val="21"/>
                <w:szCs w:val="32"/>
                <w:lang w:eastAsia="zh-CN"/>
              </w:rPr>
            </w:pPr>
          </w:p>
        </w:tc>
        <w:tc>
          <w:tcPr>
            <w:tcW w:w="3409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AF4E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294BE2C" w14:textId="2562DA85" w:rsidR="00A81E80" w:rsidRPr="00DF2224" w:rsidRDefault="00A13E4B" w:rsidP="00A13E4B">
            <w:pPr>
              <w:jc w:val="center"/>
              <w:rPr>
                <w:sz w:val="21"/>
                <w:szCs w:val="32"/>
              </w:rPr>
            </w:pPr>
            <w:r>
              <w:rPr>
                <w:rFonts w:ascii="ＭＳ 明朝" w:eastAsia="ＭＳ 明朝" w:hAnsi="ＭＳ 明朝" w:cs="ＭＳ 明朝" w:hint="eastAsia"/>
                <w:b/>
                <w:color w:val="00533A"/>
                <w:sz w:val="21"/>
                <w:szCs w:val="32"/>
                <w:lang w:eastAsia="ja-JP"/>
              </w:rPr>
              <w:t>住宅</w:t>
            </w:r>
            <w:r w:rsidRPr="00DF2224">
              <w:rPr>
                <w:b/>
                <w:color w:val="00533A"/>
                <w:sz w:val="21"/>
                <w:szCs w:val="32"/>
              </w:rPr>
              <w:t>部門</w:t>
            </w:r>
          </w:p>
        </w:tc>
        <w:tc>
          <w:tcPr>
            <w:tcW w:w="1694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AF4EF"/>
            <w:vAlign w:val="center"/>
          </w:tcPr>
          <w:p w14:paraId="62F2BDD5" w14:textId="559D9D6D" w:rsidR="00A81E80" w:rsidRPr="00A13E4B" w:rsidRDefault="00A81E80" w:rsidP="00A81E80">
            <w:pPr>
              <w:rPr>
                <w:rFonts w:eastAsiaTheme="minorEastAsia" w:hint="eastAsia"/>
                <w:color w:val="222222"/>
                <w:sz w:val="21"/>
                <w:szCs w:val="32"/>
                <w:lang w:eastAsia="ja-JP"/>
              </w:rPr>
            </w:pPr>
          </w:p>
        </w:tc>
        <w:tc>
          <w:tcPr>
            <w:tcW w:w="3544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AF4EF"/>
            <w:vAlign w:val="center"/>
          </w:tcPr>
          <w:p w14:paraId="1569714B" w14:textId="15625DDA" w:rsidR="00A81E80" w:rsidRPr="00DF2224" w:rsidRDefault="00A13E4B" w:rsidP="00A13E4B">
            <w:pPr>
              <w:jc w:val="center"/>
              <w:rPr>
                <w:color w:val="222222"/>
                <w:sz w:val="21"/>
                <w:szCs w:val="32"/>
              </w:rPr>
            </w:pPr>
            <w:r>
              <w:rPr>
                <w:rFonts w:ascii="ＭＳ 明朝" w:eastAsia="ＭＳ 明朝" w:hAnsi="ＭＳ 明朝" w:cs="ＭＳ 明朝" w:hint="eastAsia"/>
                <w:b/>
                <w:color w:val="00533A"/>
                <w:sz w:val="21"/>
                <w:szCs w:val="32"/>
                <w:lang w:eastAsia="ja-JP"/>
              </w:rPr>
              <w:t>設備</w:t>
            </w:r>
            <w:r w:rsidRPr="00DF2224">
              <w:rPr>
                <w:b/>
                <w:color w:val="00533A"/>
                <w:sz w:val="21"/>
                <w:szCs w:val="32"/>
              </w:rPr>
              <w:t>部門</w:t>
            </w:r>
          </w:p>
        </w:tc>
      </w:tr>
      <w:tr w:rsidR="00E83EA2" w:rsidRPr="00A81E80" w14:paraId="6FF98B2D" w14:textId="3982509F" w:rsidTr="00AC5263">
        <w:trPr>
          <w:trHeight w:val="393"/>
          <w:jc w:val="center"/>
        </w:trPr>
        <w:tc>
          <w:tcPr>
            <w:tcW w:w="1693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AF4E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403230F" w14:textId="33C41277" w:rsidR="00E83EA2" w:rsidRPr="00DF2224" w:rsidRDefault="00E83EA2" w:rsidP="00A13E4B">
            <w:pPr>
              <w:jc w:val="center"/>
              <w:rPr>
                <w:sz w:val="21"/>
                <w:szCs w:val="32"/>
              </w:rPr>
            </w:pPr>
            <w:r w:rsidRPr="00DF2224">
              <w:rPr>
                <w:b/>
                <w:color w:val="00533A"/>
                <w:sz w:val="21"/>
                <w:szCs w:val="32"/>
              </w:rPr>
              <w:t>業態</w:t>
            </w:r>
          </w:p>
        </w:tc>
        <w:tc>
          <w:tcPr>
            <w:tcW w:w="3409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7CFA9FD" w14:textId="49950FD7" w:rsidR="006E0AA9" w:rsidRPr="00DF2224" w:rsidRDefault="00E83EA2" w:rsidP="000B30BE">
            <w:pPr>
              <w:rPr>
                <w:rFonts w:eastAsiaTheme="minorEastAsia" w:hint="eastAsia"/>
                <w:color w:val="222222"/>
                <w:sz w:val="21"/>
                <w:szCs w:val="32"/>
                <w:lang w:eastAsia="zh-CN"/>
              </w:rPr>
            </w:pPr>
            <w:r w:rsidRPr="00DF2224">
              <w:rPr>
                <w:color w:val="222222"/>
                <w:sz w:val="21"/>
                <w:szCs w:val="32"/>
                <w:lang w:eastAsia="zh-CN"/>
              </w:rPr>
              <w:t>□ 地盤改良会社　□ 地盤調査会社</w:t>
            </w:r>
          </w:p>
          <w:p w14:paraId="3C69671F" w14:textId="768D9833" w:rsidR="00AC0538" w:rsidRDefault="00E83EA2" w:rsidP="000B30BE">
            <w:pPr>
              <w:rPr>
                <w:rFonts w:eastAsiaTheme="minorEastAsia" w:hint="eastAsia"/>
                <w:color w:val="222222"/>
                <w:sz w:val="21"/>
                <w:szCs w:val="32"/>
                <w:lang w:eastAsia="ja-JP"/>
              </w:rPr>
            </w:pPr>
            <w:r w:rsidRPr="00DF2224">
              <w:rPr>
                <w:color w:val="222222"/>
                <w:sz w:val="21"/>
                <w:szCs w:val="32"/>
                <w:lang w:eastAsia="ja-JP"/>
              </w:rPr>
              <w:t>□ 設計・判定会社</w:t>
            </w:r>
          </w:p>
          <w:p w14:paraId="7764C57F" w14:textId="5E995BF3" w:rsidR="00E83EA2" w:rsidRPr="00DF2224" w:rsidRDefault="00E83EA2" w:rsidP="000B30BE">
            <w:pPr>
              <w:rPr>
                <w:sz w:val="21"/>
                <w:szCs w:val="32"/>
                <w:lang w:eastAsia="ja-JP"/>
              </w:rPr>
            </w:pPr>
            <w:r w:rsidRPr="00DF2224">
              <w:rPr>
                <w:color w:val="222222"/>
                <w:sz w:val="21"/>
                <w:szCs w:val="32"/>
                <w:lang w:eastAsia="ja-JP"/>
              </w:rPr>
              <w:t>□ 住宅会社・工務店　□ その他</w:t>
            </w:r>
          </w:p>
        </w:tc>
        <w:tc>
          <w:tcPr>
            <w:tcW w:w="1694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AF4EF"/>
            <w:vAlign w:val="center"/>
          </w:tcPr>
          <w:p w14:paraId="575BB5E2" w14:textId="040532B4" w:rsidR="00E83EA2" w:rsidRPr="00DF2224" w:rsidRDefault="00E83EA2" w:rsidP="00A13E4B">
            <w:pPr>
              <w:jc w:val="center"/>
              <w:rPr>
                <w:color w:val="222222"/>
                <w:sz w:val="21"/>
                <w:szCs w:val="32"/>
                <w:lang w:eastAsia="ja-JP"/>
              </w:rPr>
            </w:pPr>
            <w:r w:rsidRPr="00DF2224">
              <w:rPr>
                <w:b/>
                <w:color w:val="00533A"/>
                <w:sz w:val="21"/>
                <w:szCs w:val="32"/>
              </w:rPr>
              <w:t>業態</w:t>
            </w:r>
          </w:p>
        </w:tc>
        <w:tc>
          <w:tcPr>
            <w:tcW w:w="3544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vAlign w:val="center"/>
          </w:tcPr>
          <w:p w14:paraId="627EEFD4" w14:textId="77777777" w:rsidR="006E0AA9" w:rsidRPr="00DF2224" w:rsidRDefault="00E83EA2" w:rsidP="00E83EA2">
            <w:pPr>
              <w:rPr>
                <w:rFonts w:eastAsiaTheme="minorEastAsia" w:hint="eastAsia"/>
                <w:color w:val="222222"/>
                <w:sz w:val="21"/>
                <w:szCs w:val="32"/>
                <w:lang w:eastAsia="zh-CN"/>
              </w:rPr>
            </w:pPr>
            <w:r w:rsidRPr="00DF2224">
              <w:rPr>
                <w:color w:val="222222"/>
                <w:sz w:val="21"/>
                <w:szCs w:val="32"/>
                <w:lang w:eastAsia="zh-CN"/>
              </w:rPr>
              <w:t xml:space="preserve">□ 基礎施工会社　□ 電気工事会社　</w:t>
            </w:r>
          </w:p>
          <w:p w14:paraId="6582C2BF" w14:textId="77777777" w:rsidR="006E0AA9" w:rsidRPr="00DF2224" w:rsidRDefault="00E83EA2" w:rsidP="00E83EA2">
            <w:pPr>
              <w:rPr>
                <w:rFonts w:eastAsiaTheme="minorEastAsia" w:hint="eastAsia"/>
                <w:color w:val="222222"/>
                <w:sz w:val="21"/>
                <w:szCs w:val="32"/>
                <w:lang w:eastAsia="zh-CN"/>
              </w:rPr>
            </w:pPr>
            <w:r w:rsidRPr="00DF2224">
              <w:rPr>
                <w:color w:val="222222"/>
                <w:sz w:val="21"/>
                <w:szCs w:val="32"/>
                <w:lang w:eastAsia="zh-CN"/>
              </w:rPr>
              <w:t xml:space="preserve">□ 地盤改良会社　□ 地盤調査会社　</w:t>
            </w:r>
          </w:p>
          <w:p w14:paraId="745D7BEF" w14:textId="7C9B1BB4" w:rsidR="00E83EA2" w:rsidRPr="00DF2224" w:rsidRDefault="00E83EA2" w:rsidP="00E83EA2">
            <w:pPr>
              <w:rPr>
                <w:color w:val="222222"/>
                <w:sz w:val="21"/>
                <w:szCs w:val="32"/>
                <w:lang w:eastAsia="ja-JP"/>
              </w:rPr>
            </w:pPr>
            <w:r w:rsidRPr="00DF2224">
              <w:rPr>
                <w:color w:val="222222"/>
                <w:sz w:val="21"/>
                <w:szCs w:val="32"/>
                <w:lang w:eastAsia="ja-JP"/>
              </w:rPr>
              <w:t>□ EPC・元請会社　□ 設備メーカー・商社　□ その他</w:t>
            </w:r>
          </w:p>
        </w:tc>
      </w:tr>
    </w:tbl>
    <w:p w14:paraId="064C8949" w14:textId="3F34B3A4" w:rsidR="008F08A4" w:rsidRPr="00E2399F" w:rsidRDefault="00D910FC" w:rsidP="00D51EE1">
      <w:pPr>
        <w:pBdr>
          <w:bottom w:val="single" w:sz="7" w:space="3" w:color="00533A"/>
        </w:pBdr>
        <w:spacing w:beforeLines="50" w:before="120" w:after="0" w:line="240" w:lineRule="auto"/>
        <w:rPr>
          <w:sz w:val="20"/>
          <w:szCs w:val="28"/>
        </w:rPr>
      </w:pPr>
      <w:r w:rsidRPr="00E2399F">
        <w:rPr>
          <w:b/>
          <w:color w:val="00533A"/>
          <w:sz w:val="24"/>
          <w:szCs w:val="28"/>
        </w:rPr>
        <w:t xml:space="preserve">2. </w:t>
      </w:r>
      <w:proofErr w:type="spellStart"/>
      <w:r w:rsidRPr="00E2399F">
        <w:rPr>
          <w:b/>
          <w:color w:val="00533A"/>
          <w:sz w:val="24"/>
          <w:szCs w:val="28"/>
        </w:rPr>
        <w:t>申込者情報</w:t>
      </w:r>
      <w:proofErr w:type="spellEnd"/>
    </w:p>
    <w:tbl>
      <w:tblPr>
        <w:tblStyle w:val="afe"/>
        <w:tblW w:w="10318" w:type="dxa"/>
        <w:tblLayout w:type="fixed"/>
        <w:tblLook w:val="04A0" w:firstRow="1" w:lastRow="0" w:firstColumn="1" w:lastColumn="0" w:noHBand="0" w:noVBand="1"/>
      </w:tblPr>
      <w:tblGrid>
        <w:gridCol w:w="1693"/>
        <w:gridCol w:w="3402"/>
        <w:gridCol w:w="1701"/>
        <w:gridCol w:w="3522"/>
      </w:tblGrid>
      <w:tr w:rsidR="008F08A4" w14:paraId="078A5EE7" w14:textId="77777777" w:rsidTr="00AC5263">
        <w:tc>
          <w:tcPr>
            <w:tcW w:w="1693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AF4E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13B682C" w14:textId="77777777" w:rsidR="008F08A4" w:rsidRPr="00DF2224" w:rsidRDefault="00D910FC">
            <w:pPr>
              <w:rPr>
                <w:sz w:val="21"/>
                <w:szCs w:val="32"/>
              </w:rPr>
            </w:pPr>
            <w:proofErr w:type="spellStart"/>
            <w:r w:rsidRPr="00DF2224">
              <w:rPr>
                <w:b/>
                <w:color w:val="00533A"/>
                <w:sz w:val="21"/>
                <w:szCs w:val="32"/>
              </w:rPr>
              <w:t>会社名・団体名</w:t>
            </w:r>
            <w:proofErr w:type="spellEnd"/>
          </w:p>
        </w:tc>
        <w:tc>
          <w:tcPr>
            <w:tcW w:w="340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F1831BC" w14:textId="7B7B9548" w:rsidR="008F08A4" w:rsidRPr="006B4811" w:rsidRDefault="008F08A4">
            <w:pPr>
              <w:rPr>
                <w:rFonts w:eastAsiaTheme="minorEastAsia" w:hint="eastAsia"/>
                <w:sz w:val="21"/>
                <w:szCs w:val="32"/>
                <w:lang w:eastAsia="ja-JP"/>
              </w:rPr>
            </w:pPr>
          </w:p>
        </w:tc>
        <w:tc>
          <w:tcPr>
            <w:tcW w:w="1701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AF4E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E38B34A" w14:textId="0CE0605F" w:rsidR="008F08A4" w:rsidRPr="00AC5263" w:rsidRDefault="00AC5263">
            <w:pPr>
              <w:rPr>
                <w:rFonts w:ascii="ＭＳ 明朝" w:eastAsia="ＭＳ 明朝" w:hAnsi="ＭＳ 明朝" w:cs="ＭＳ 明朝"/>
                <w:b/>
                <w:color w:val="00533A"/>
                <w:sz w:val="21"/>
                <w:szCs w:val="32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b/>
                <w:color w:val="00533A"/>
                <w:sz w:val="21"/>
                <w:szCs w:val="32"/>
                <w:lang w:eastAsia="ja-JP"/>
              </w:rPr>
              <w:t>会社団体カ</w:t>
            </w:r>
            <w:r w:rsidR="00D910FC" w:rsidRPr="00DF2224">
              <w:rPr>
                <w:b/>
                <w:color w:val="00533A"/>
                <w:sz w:val="21"/>
                <w:szCs w:val="32"/>
              </w:rPr>
              <w:t>ナ</w:t>
            </w:r>
          </w:p>
        </w:tc>
        <w:tc>
          <w:tcPr>
            <w:tcW w:w="352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0430E59" w14:textId="77777777" w:rsidR="008F08A4" w:rsidRPr="00DF2224" w:rsidRDefault="00D910FC">
            <w:pPr>
              <w:rPr>
                <w:sz w:val="21"/>
                <w:szCs w:val="32"/>
              </w:rPr>
            </w:pPr>
            <w:r w:rsidRPr="00DF2224">
              <w:rPr>
                <w:color w:val="222222"/>
                <w:sz w:val="21"/>
                <w:szCs w:val="32"/>
              </w:rPr>
              <w:t xml:space="preserve">　</w:t>
            </w:r>
          </w:p>
        </w:tc>
      </w:tr>
      <w:tr w:rsidR="008F08A4" w14:paraId="15A17ADE" w14:textId="77777777" w:rsidTr="00AC5263">
        <w:tc>
          <w:tcPr>
            <w:tcW w:w="1693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AF4E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2676CFA" w14:textId="77777777" w:rsidR="008F08A4" w:rsidRPr="00DF2224" w:rsidRDefault="00D910FC">
            <w:pPr>
              <w:rPr>
                <w:sz w:val="21"/>
                <w:szCs w:val="32"/>
              </w:rPr>
            </w:pPr>
            <w:r w:rsidRPr="00DF2224">
              <w:rPr>
                <w:b/>
                <w:color w:val="00533A"/>
                <w:sz w:val="21"/>
                <w:szCs w:val="32"/>
              </w:rPr>
              <w:t>代表者名</w:t>
            </w:r>
          </w:p>
        </w:tc>
        <w:tc>
          <w:tcPr>
            <w:tcW w:w="340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4CCA157" w14:textId="77777777" w:rsidR="008F08A4" w:rsidRPr="00DF2224" w:rsidRDefault="00D910FC">
            <w:pPr>
              <w:rPr>
                <w:sz w:val="21"/>
                <w:szCs w:val="32"/>
              </w:rPr>
            </w:pPr>
            <w:r w:rsidRPr="00DF2224">
              <w:rPr>
                <w:color w:val="222222"/>
                <w:sz w:val="21"/>
                <w:szCs w:val="32"/>
              </w:rPr>
              <w:t xml:space="preserve">　</w:t>
            </w:r>
          </w:p>
        </w:tc>
        <w:tc>
          <w:tcPr>
            <w:tcW w:w="1701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AF4E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9565D60" w14:textId="77777777" w:rsidR="008F08A4" w:rsidRPr="00DF2224" w:rsidRDefault="00D910FC">
            <w:pPr>
              <w:rPr>
                <w:sz w:val="21"/>
                <w:szCs w:val="32"/>
              </w:rPr>
            </w:pPr>
            <w:r w:rsidRPr="00DF2224">
              <w:rPr>
                <w:b/>
                <w:color w:val="00533A"/>
                <w:sz w:val="21"/>
                <w:szCs w:val="32"/>
              </w:rPr>
              <w:t>代表者役職</w:t>
            </w:r>
          </w:p>
        </w:tc>
        <w:tc>
          <w:tcPr>
            <w:tcW w:w="352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148EC63" w14:textId="77777777" w:rsidR="008F08A4" w:rsidRPr="00DF2224" w:rsidRDefault="00D910FC">
            <w:pPr>
              <w:rPr>
                <w:sz w:val="21"/>
                <w:szCs w:val="32"/>
              </w:rPr>
            </w:pPr>
            <w:r w:rsidRPr="00DF2224">
              <w:rPr>
                <w:color w:val="222222"/>
                <w:sz w:val="21"/>
                <w:szCs w:val="32"/>
              </w:rPr>
              <w:t xml:space="preserve">　</w:t>
            </w:r>
          </w:p>
        </w:tc>
      </w:tr>
      <w:tr w:rsidR="008F08A4" w14:paraId="37D366D8" w14:textId="77777777" w:rsidTr="00AC5263">
        <w:tc>
          <w:tcPr>
            <w:tcW w:w="1693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AF4E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EF35583" w14:textId="77777777" w:rsidR="008F08A4" w:rsidRPr="00DF2224" w:rsidRDefault="00D910FC">
            <w:pPr>
              <w:rPr>
                <w:sz w:val="21"/>
                <w:szCs w:val="32"/>
              </w:rPr>
            </w:pPr>
            <w:r w:rsidRPr="00DF2224">
              <w:rPr>
                <w:b/>
                <w:color w:val="00533A"/>
                <w:sz w:val="21"/>
                <w:szCs w:val="32"/>
              </w:rPr>
              <w:t>所在地</w:t>
            </w:r>
          </w:p>
        </w:tc>
        <w:tc>
          <w:tcPr>
            <w:tcW w:w="8625" w:type="dxa"/>
            <w:gridSpan w:val="3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8246BA5" w14:textId="53BDEF32" w:rsidR="008F08A4" w:rsidRPr="008D6E19" w:rsidRDefault="008D6E19">
            <w:pPr>
              <w:rPr>
                <w:rFonts w:eastAsiaTheme="minorEastAsia" w:hint="eastAsia"/>
                <w:sz w:val="21"/>
                <w:szCs w:val="32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color w:val="222222"/>
                <w:sz w:val="21"/>
                <w:szCs w:val="32"/>
                <w:lang w:eastAsia="ja-JP"/>
              </w:rPr>
              <w:t>（〒　　　　　　　　　）</w:t>
            </w:r>
          </w:p>
          <w:p w14:paraId="78423F87" w14:textId="77777777" w:rsidR="008F08A4" w:rsidRPr="00DF2224" w:rsidRDefault="008F08A4">
            <w:pPr>
              <w:rPr>
                <w:sz w:val="21"/>
                <w:szCs w:val="32"/>
              </w:rPr>
            </w:pPr>
          </w:p>
          <w:p w14:paraId="208C0CCA" w14:textId="583D0B1C" w:rsidR="008F08A4" w:rsidRPr="001C09C8" w:rsidRDefault="008F08A4">
            <w:pPr>
              <w:rPr>
                <w:rFonts w:eastAsiaTheme="minorEastAsia" w:hint="eastAsia"/>
                <w:sz w:val="21"/>
                <w:szCs w:val="32"/>
                <w:lang w:eastAsia="ja-JP"/>
              </w:rPr>
            </w:pPr>
          </w:p>
        </w:tc>
      </w:tr>
      <w:tr w:rsidR="008F08A4" w14:paraId="27B9CE39" w14:textId="77777777" w:rsidTr="00AC5263">
        <w:tc>
          <w:tcPr>
            <w:tcW w:w="1693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AF4E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41D2E8E" w14:textId="77777777" w:rsidR="008F08A4" w:rsidRPr="00DF2224" w:rsidRDefault="00D910FC">
            <w:pPr>
              <w:rPr>
                <w:sz w:val="21"/>
                <w:szCs w:val="32"/>
              </w:rPr>
            </w:pPr>
            <w:r w:rsidRPr="00DF2224">
              <w:rPr>
                <w:b/>
                <w:color w:val="00533A"/>
                <w:sz w:val="21"/>
                <w:szCs w:val="32"/>
              </w:rPr>
              <w:t>TEL</w:t>
            </w:r>
          </w:p>
        </w:tc>
        <w:tc>
          <w:tcPr>
            <w:tcW w:w="340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E8FDF5E" w14:textId="77777777" w:rsidR="008F08A4" w:rsidRPr="00DF2224" w:rsidRDefault="00D910FC">
            <w:pPr>
              <w:rPr>
                <w:sz w:val="21"/>
                <w:szCs w:val="32"/>
              </w:rPr>
            </w:pPr>
            <w:r w:rsidRPr="00DF2224">
              <w:rPr>
                <w:color w:val="222222"/>
                <w:sz w:val="21"/>
                <w:szCs w:val="32"/>
              </w:rPr>
              <w:t xml:space="preserve">　</w:t>
            </w:r>
          </w:p>
        </w:tc>
        <w:tc>
          <w:tcPr>
            <w:tcW w:w="1701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AF4E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078F48F" w14:textId="77777777" w:rsidR="008F08A4" w:rsidRPr="00DF2224" w:rsidRDefault="00D910FC">
            <w:pPr>
              <w:rPr>
                <w:sz w:val="21"/>
                <w:szCs w:val="32"/>
              </w:rPr>
            </w:pPr>
            <w:r w:rsidRPr="00DF2224">
              <w:rPr>
                <w:b/>
                <w:color w:val="00533A"/>
                <w:sz w:val="21"/>
                <w:szCs w:val="32"/>
              </w:rPr>
              <w:t>FAX</w:t>
            </w:r>
          </w:p>
        </w:tc>
        <w:tc>
          <w:tcPr>
            <w:tcW w:w="352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B4B02DE" w14:textId="77777777" w:rsidR="008F08A4" w:rsidRPr="00DF2224" w:rsidRDefault="00D910FC">
            <w:pPr>
              <w:rPr>
                <w:sz w:val="21"/>
                <w:szCs w:val="32"/>
              </w:rPr>
            </w:pPr>
            <w:r w:rsidRPr="00DF2224">
              <w:rPr>
                <w:color w:val="222222"/>
                <w:sz w:val="21"/>
                <w:szCs w:val="32"/>
              </w:rPr>
              <w:t xml:space="preserve">　</w:t>
            </w:r>
          </w:p>
        </w:tc>
      </w:tr>
      <w:tr w:rsidR="008F08A4" w14:paraId="42A15E8C" w14:textId="77777777" w:rsidTr="00AC5263">
        <w:tc>
          <w:tcPr>
            <w:tcW w:w="1693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AF4E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E2936CD" w14:textId="77777777" w:rsidR="008F08A4" w:rsidRPr="00DF2224" w:rsidRDefault="00D910FC">
            <w:pPr>
              <w:rPr>
                <w:sz w:val="21"/>
                <w:szCs w:val="32"/>
              </w:rPr>
            </w:pPr>
            <w:r w:rsidRPr="00DF2224">
              <w:rPr>
                <w:b/>
                <w:color w:val="00533A"/>
                <w:sz w:val="21"/>
                <w:szCs w:val="32"/>
              </w:rPr>
              <w:t>代表Email</w:t>
            </w:r>
          </w:p>
        </w:tc>
        <w:tc>
          <w:tcPr>
            <w:tcW w:w="340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E282500" w14:textId="77777777" w:rsidR="008F08A4" w:rsidRPr="00DF2224" w:rsidRDefault="00D910FC">
            <w:pPr>
              <w:rPr>
                <w:sz w:val="21"/>
                <w:szCs w:val="32"/>
              </w:rPr>
            </w:pPr>
            <w:r w:rsidRPr="00DF2224">
              <w:rPr>
                <w:color w:val="222222"/>
                <w:sz w:val="21"/>
                <w:szCs w:val="32"/>
              </w:rPr>
              <w:t xml:space="preserve">　</w:t>
            </w:r>
          </w:p>
        </w:tc>
        <w:tc>
          <w:tcPr>
            <w:tcW w:w="1701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AF4E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5203243" w14:textId="77777777" w:rsidR="008F08A4" w:rsidRPr="00DF2224" w:rsidRDefault="00D910FC">
            <w:pPr>
              <w:rPr>
                <w:sz w:val="21"/>
                <w:szCs w:val="32"/>
              </w:rPr>
            </w:pPr>
            <w:r w:rsidRPr="00DF2224">
              <w:rPr>
                <w:b/>
                <w:color w:val="00533A"/>
                <w:sz w:val="21"/>
                <w:szCs w:val="32"/>
              </w:rPr>
              <w:t>Webサイト</w:t>
            </w:r>
          </w:p>
        </w:tc>
        <w:tc>
          <w:tcPr>
            <w:tcW w:w="352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F351632" w14:textId="77777777" w:rsidR="008F08A4" w:rsidRPr="00DF2224" w:rsidRDefault="00D910FC">
            <w:pPr>
              <w:rPr>
                <w:sz w:val="21"/>
                <w:szCs w:val="32"/>
              </w:rPr>
            </w:pPr>
            <w:r w:rsidRPr="00DF2224">
              <w:rPr>
                <w:color w:val="222222"/>
                <w:sz w:val="21"/>
                <w:szCs w:val="32"/>
              </w:rPr>
              <w:t xml:space="preserve">　</w:t>
            </w:r>
          </w:p>
        </w:tc>
      </w:tr>
      <w:tr w:rsidR="008F08A4" w14:paraId="7B191B43" w14:textId="77777777" w:rsidTr="00AC5263">
        <w:tc>
          <w:tcPr>
            <w:tcW w:w="1693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AF4E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3B4E74B" w14:textId="77777777" w:rsidR="008F08A4" w:rsidRPr="00DF2224" w:rsidRDefault="00D910FC">
            <w:pPr>
              <w:rPr>
                <w:sz w:val="21"/>
                <w:szCs w:val="32"/>
              </w:rPr>
            </w:pPr>
            <w:r w:rsidRPr="00DF2224">
              <w:rPr>
                <w:b/>
                <w:color w:val="00533A"/>
                <w:sz w:val="21"/>
                <w:szCs w:val="32"/>
              </w:rPr>
              <w:t>申込責任者名</w:t>
            </w:r>
          </w:p>
        </w:tc>
        <w:tc>
          <w:tcPr>
            <w:tcW w:w="340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E19F833" w14:textId="77777777" w:rsidR="008F08A4" w:rsidRPr="00DF2224" w:rsidRDefault="00D910FC">
            <w:pPr>
              <w:rPr>
                <w:sz w:val="21"/>
                <w:szCs w:val="32"/>
              </w:rPr>
            </w:pPr>
            <w:r w:rsidRPr="00DF2224">
              <w:rPr>
                <w:color w:val="222222"/>
                <w:sz w:val="21"/>
                <w:szCs w:val="32"/>
              </w:rPr>
              <w:t xml:space="preserve">　</w:t>
            </w:r>
          </w:p>
        </w:tc>
        <w:tc>
          <w:tcPr>
            <w:tcW w:w="1701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AF4E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55368BD" w14:textId="77777777" w:rsidR="008F08A4" w:rsidRPr="00DF2224" w:rsidRDefault="00D910FC">
            <w:pPr>
              <w:rPr>
                <w:sz w:val="21"/>
                <w:szCs w:val="32"/>
              </w:rPr>
            </w:pPr>
            <w:r w:rsidRPr="00DF2224">
              <w:rPr>
                <w:b/>
                <w:color w:val="00533A"/>
                <w:sz w:val="21"/>
                <w:szCs w:val="32"/>
              </w:rPr>
              <w:t>責任者役職</w:t>
            </w:r>
          </w:p>
        </w:tc>
        <w:tc>
          <w:tcPr>
            <w:tcW w:w="352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BE5D495" w14:textId="77777777" w:rsidR="008F08A4" w:rsidRPr="00DF2224" w:rsidRDefault="00D910FC">
            <w:pPr>
              <w:rPr>
                <w:sz w:val="21"/>
                <w:szCs w:val="32"/>
              </w:rPr>
            </w:pPr>
            <w:r w:rsidRPr="00DF2224">
              <w:rPr>
                <w:color w:val="222222"/>
                <w:sz w:val="21"/>
                <w:szCs w:val="32"/>
              </w:rPr>
              <w:t xml:space="preserve">　</w:t>
            </w:r>
          </w:p>
        </w:tc>
      </w:tr>
      <w:tr w:rsidR="008F08A4" w14:paraId="15347727" w14:textId="77777777" w:rsidTr="00AC5263">
        <w:tc>
          <w:tcPr>
            <w:tcW w:w="1693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AF4E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D37CFF4" w14:textId="77777777" w:rsidR="008F08A4" w:rsidRPr="00DF2224" w:rsidRDefault="00D910FC">
            <w:pPr>
              <w:rPr>
                <w:sz w:val="21"/>
                <w:szCs w:val="32"/>
              </w:rPr>
            </w:pPr>
            <w:r w:rsidRPr="00DF2224">
              <w:rPr>
                <w:b/>
                <w:color w:val="00533A"/>
                <w:sz w:val="21"/>
                <w:szCs w:val="32"/>
              </w:rPr>
              <w:t>担当者名</w:t>
            </w:r>
          </w:p>
        </w:tc>
        <w:tc>
          <w:tcPr>
            <w:tcW w:w="340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1318BCC" w14:textId="77777777" w:rsidR="008F08A4" w:rsidRPr="00DF2224" w:rsidRDefault="00D910FC">
            <w:pPr>
              <w:rPr>
                <w:sz w:val="21"/>
                <w:szCs w:val="32"/>
              </w:rPr>
            </w:pPr>
            <w:r w:rsidRPr="00DF2224">
              <w:rPr>
                <w:color w:val="222222"/>
                <w:sz w:val="21"/>
                <w:szCs w:val="32"/>
              </w:rPr>
              <w:t xml:space="preserve">　</w:t>
            </w:r>
          </w:p>
        </w:tc>
        <w:tc>
          <w:tcPr>
            <w:tcW w:w="1701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AF4E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4CCE7E0" w14:textId="427E0C6A" w:rsidR="008F08A4" w:rsidRPr="00DF2224" w:rsidRDefault="00D910FC">
            <w:pPr>
              <w:rPr>
                <w:sz w:val="21"/>
                <w:szCs w:val="32"/>
              </w:rPr>
            </w:pPr>
            <w:proofErr w:type="spellStart"/>
            <w:r w:rsidRPr="00DF2224">
              <w:rPr>
                <w:b/>
                <w:color w:val="00533A"/>
                <w:sz w:val="21"/>
                <w:szCs w:val="32"/>
              </w:rPr>
              <w:t>担当</w:t>
            </w:r>
            <w:r w:rsidR="00AC5263" w:rsidRPr="00DF2224">
              <w:rPr>
                <w:b/>
                <w:color w:val="00533A"/>
                <w:sz w:val="21"/>
                <w:szCs w:val="32"/>
              </w:rPr>
              <w:t>TEL</w:t>
            </w:r>
            <w:proofErr w:type="spellEnd"/>
          </w:p>
        </w:tc>
        <w:tc>
          <w:tcPr>
            <w:tcW w:w="352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3E86340" w14:textId="77777777" w:rsidR="008F08A4" w:rsidRPr="00DF2224" w:rsidRDefault="00D910FC">
            <w:pPr>
              <w:rPr>
                <w:sz w:val="21"/>
                <w:szCs w:val="32"/>
              </w:rPr>
            </w:pPr>
            <w:r w:rsidRPr="00DF2224">
              <w:rPr>
                <w:color w:val="222222"/>
                <w:sz w:val="21"/>
                <w:szCs w:val="32"/>
              </w:rPr>
              <w:t xml:space="preserve">　</w:t>
            </w:r>
          </w:p>
        </w:tc>
      </w:tr>
      <w:tr w:rsidR="008F08A4" w14:paraId="6A3DBE7D" w14:textId="77777777" w:rsidTr="00AC5263">
        <w:tc>
          <w:tcPr>
            <w:tcW w:w="1693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AF4E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8CBD209" w14:textId="2936C25A" w:rsidR="008F08A4" w:rsidRPr="00AC5263" w:rsidRDefault="00AC5263">
            <w:pPr>
              <w:rPr>
                <w:rFonts w:eastAsiaTheme="minorEastAsia" w:hint="eastAsia"/>
                <w:sz w:val="21"/>
                <w:szCs w:val="32"/>
                <w:lang w:eastAsia="ja-JP"/>
              </w:rPr>
            </w:pPr>
            <w:proofErr w:type="spellStart"/>
            <w:r w:rsidRPr="00DF2224">
              <w:rPr>
                <w:rFonts w:ascii="ＭＳ 明朝" w:eastAsia="ＭＳ 明朝" w:hAnsi="ＭＳ 明朝" w:cs="ＭＳ 明朝" w:hint="eastAsia"/>
                <w:b/>
                <w:color w:val="00533A"/>
                <w:sz w:val="21"/>
                <w:szCs w:val="32"/>
              </w:rPr>
              <w:t>担当者</w:t>
            </w:r>
            <w:r w:rsidRPr="00DF2224">
              <w:rPr>
                <w:b/>
                <w:color w:val="00533A"/>
                <w:sz w:val="21"/>
                <w:szCs w:val="32"/>
              </w:rPr>
              <w:t>Email</w:t>
            </w:r>
            <w:proofErr w:type="spellEnd"/>
          </w:p>
        </w:tc>
        <w:tc>
          <w:tcPr>
            <w:tcW w:w="340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E4565F4" w14:textId="77777777" w:rsidR="008F08A4" w:rsidRPr="00DF2224" w:rsidRDefault="00D910FC">
            <w:pPr>
              <w:rPr>
                <w:sz w:val="21"/>
                <w:szCs w:val="32"/>
              </w:rPr>
            </w:pPr>
            <w:r w:rsidRPr="00DF2224">
              <w:rPr>
                <w:color w:val="222222"/>
                <w:sz w:val="21"/>
                <w:szCs w:val="32"/>
              </w:rPr>
              <w:t xml:space="preserve">　</w:t>
            </w:r>
          </w:p>
        </w:tc>
        <w:tc>
          <w:tcPr>
            <w:tcW w:w="1701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AF4E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76534CF" w14:textId="77777777" w:rsidR="008F08A4" w:rsidRPr="00DF2224" w:rsidRDefault="00D910FC">
            <w:pPr>
              <w:rPr>
                <w:sz w:val="21"/>
                <w:szCs w:val="32"/>
              </w:rPr>
            </w:pPr>
            <w:r w:rsidRPr="00DF2224">
              <w:rPr>
                <w:b/>
                <w:color w:val="00533A"/>
                <w:sz w:val="21"/>
                <w:szCs w:val="32"/>
              </w:rPr>
              <w:t>従業員数</w:t>
            </w:r>
          </w:p>
        </w:tc>
        <w:tc>
          <w:tcPr>
            <w:tcW w:w="352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0A7A3A4" w14:textId="5676E434" w:rsidR="008F08A4" w:rsidRPr="00DF2224" w:rsidRDefault="00D910FC" w:rsidP="00A13E4B">
            <w:pPr>
              <w:ind w:right="210"/>
              <w:jc w:val="right"/>
              <w:rPr>
                <w:sz w:val="21"/>
                <w:szCs w:val="32"/>
              </w:rPr>
            </w:pPr>
            <w:r w:rsidRPr="00DF2224">
              <w:rPr>
                <w:color w:val="222222"/>
                <w:sz w:val="21"/>
                <w:szCs w:val="32"/>
              </w:rPr>
              <w:t>名</w:t>
            </w:r>
          </w:p>
        </w:tc>
      </w:tr>
      <w:tr w:rsidR="008F08A4" w14:paraId="5A8C6ABE" w14:textId="77777777" w:rsidTr="00AC5263">
        <w:trPr>
          <w:trHeight w:val="299"/>
        </w:trPr>
        <w:tc>
          <w:tcPr>
            <w:tcW w:w="1693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AF4E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DC1C19C" w14:textId="77777777" w:rsidR="008F08A4" w:rsidRPr="00DF2224" w:rsidRDefault="00D910FC">
            <w:pPr>
              <w:rPr>
                <w:sz w:val="21"/>
                <w:szCs w:val="32"/>
              </w:rPr>
            </w:pPr>
            <w:r w:rsidRPr="00DF2224">
              <w:rPr>
                <w:b/>
                <w:color w:val="00533A"/>
                <w:sz w:val="21"/>
                <w:szCs w:val="32"/>
              </w:rPr>
              <w:t>備考</w:t>
            </w:r>
          </w:p>
        </w:tc>
        <w:tc>
          <w:tcPr>
            <w:tcW w:w="8625" w:type="dxa"/>
            <w:gridSpan w:val="3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4097A26" w14:textId="1F0FD266" w:rsidR="008F08A4" w:rsidRPr="00AC0538" w:rsidRDefault="008F08A4">
            <w:pPr>
              <w:rPr>
                <w:rFonts w:eastAsiaTheme="minorEastAsia" w:hint="eastAsia"/>
                <w:sz w:val="21"/>
                <w:szCs w:val="32"/>
                <w:lang w:eastAsia="ja-JP"/>
              </w:rPr>
            </w:pPr>
          </w:p>
          <w:p w14:paraId="7A9FABBD" w14:textId="7CA3480B" w:rsidR="00A13E4B" w:rsidRPr="000B30BE" w:rsidRDefault="00A13E4B">
            <w:pPr>
              <w:rPr>
                <w:rFonts w:eastAsiaTheme="minorEastAsia" w:hint="eastAsia"/>
                <w:color w:val="222222"/>
                <w:sz w:val="21"/>
                <w:szCs w:val="32"/>
                <w:lang w:eastAsia="ja-JP"/>
              </w:rPr>
            </w:pPr>
          </w:p>
        </w:tc>
      </w:tr>
    </w:tbl>
    <w:p w14:paraId="57E7E93E" w14:textId="3F5F9DA6" w:rsidR="008F08A4" w:rsidRPr="005C587C" w:rsidRDefault="00D910FC" w:rsidP="00D51EE1">
      <w:pPr>
        <w:pBdr>
          <w:bottom w:val="single" w:sz="7" w:space="3" w:color="00533A"/>
        </w:pBdr>
        <w:spacing w:beforeLines="50" w:before="120" w:after="0" w:line="240" w:lineRule="auto"/>
        <w:rPr>
          <w:sz w:val="21"/>
          <w:szCs w:val="32"/>
          <w:lang w:eastAsia="ja-JP"/>
        </w:rPr>
      </w:pPr>
      <w:r w:rsidRPr="00E2399F">
        <w:rPr>
          <w:b/>
          <w:color w:val="00533A"/>
          <w:sz w:val="24"/>
          <w:szCs w:val="28"/>
          <w:lang w:eastAsia="ja-JP"/>
        </w:rPr>
        <w:t>3. 主な事業内容・実績</w:t>
      </w:r>
    </w:p>
    <w:tbl>
      <w:tblPr>
        <w:tblStyle w:val="afe"/>
        <w:tblW w:w="10340" w:type="dxa"/>
        <w:tblLayout w:type="fixed"/>
        <w:tblLook w:val="04A0" w:firstRow="1" w:lastRow="0" w:firstColumn="1" w:lastColumn="0" w:noHBand="0" w:noVBand="1"/>
      </w:tblPr>
      <w:tblGrid>
        <w:gridCol w:w="1693"/>
        <w:gridCol w:w="3402"/>
        <w:gridCol w:w="1701"/>
        <w:gridCol w:w="3544"/>
      </w:tblGrid>
      <w:tr w:rsidR="008B3B46" w14:paraId="1A93DC1F" w14:textId="624E389B" w:rsidTr="00AC5263">
        <w:trPr>
          <w:trHeight w:val="329"/>
        </w:trPr>
        <w:tc>
          <w:tcPr>
            <w:tcW w:w="1693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AF4E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C7E3C50" w14:textId="74AA0D70" w:rsidR="008B3B46" w:rsidRDefault="008B3B46" w:rsidP="008B3B46">
            <w:pPr>
              <w:rPr>
                <w:rFonts w:eastAsiaTheme="minorEastAsia" w:hint="eastAsia"/>
                <w:b/>
                <w:color w:val="00533A"/>
                <w:sz w:val="21"/>
                <w:szCs w:val="32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b/>
                <w:color w:val="00533A"/>
                <w:sz w:val="21"/>
                <w:szCs w:val="32"/>
                <w:lang w:eastAsia="ja-JP"/>
              </w:rPr>
              <w:t>施工・調査・</w:t>
            </w:r>
          </w:p>
          <w:p w14:paraId="7845B65C" w14:textId="51BD0BE5" w:rsidR="008B3B46" w:rsidRPr="00DF2224" w:rsidRDefault="008B3B46" w:rsidP="008B3B46">
            <w:pPr>
              <w:rPr>
                <w:sz w:val="21"/>
                <w:szCs w:val="32"/>
                <w:lang w:eastAsia="ja-JP"/>
              </w:rPr>
            </w:pPr>
            <w:r w:rsidRPr="00DF2224">
              <w:rPr>
                <w:b/>
                <w:color w:val="00533A"/>
                <w:sz w:val="21"/>
                <w:szCs w:val="32"/>
                <w:lang w:eastAsia="ja-JP"/>
              </w:rPr>
              <w:t>設計等の実績</w:t>
            </w:r>
          </w:p>
        </w:tc>
        <w:tc>
          <w:tcPr>
            <w:tcW w:w="340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571D20C" w14:textId="2CFB17C2" w:rsidR="008B3B46" w:rsidRPr="00086AAA" w:rsidRDefault="008B3B46" w:rsidP="008B3B46">
            <w:pPr>
              <w:rPr>
                <w:sz w:val="20"/>
                <w:szCs w:val="28"/>
                <w:lang w:eastAsia="ja-JP"/>
              </w:rPr>
            </w:pPr>
          </w:p>
        </w:tc>
        <w:tc>
          <w:tcPr>
            <w:tcW w:w="1701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AF4EF"/>
          </w:tcPr>
          <w:p w14:paraId="2E01918A" w14:textId="26DB39E8" w:rsidR="008B3B46" w:rsidRPr="00086AAA" w:rsidRDefault="008B3B46" w:rsidP="008B3B46">
            <w:pPr>
              <w:rPr>
                <w:sz w:val="20"/>
                <w:szCs w:val="28"/>
                <w:lang w:eastAsia="ja-JP"/>
              </w:rPr>
            </w:pPr>
            <w:r w:rsidRPr="00DF2224">
              <w:rPr>
                <w:rFonts w:ascii="ＭＳ 明朝" w:eastAsia="ＭＳ 明朝" w:hAnsi="ＭＳ 明朝" w:cs="ＭＳ 明朝" w:hint="eastAsia"/>
                <w:b/>
                <w:color w:val="00533A"/>
                <w:sz w:val="21"/>
                <w:szCs w:val="32"/>
                <w:lang w:eastAsia="ja-JP"/>
              </w:rPr>
              <w:t>年間売上</w:t>
            </w:r>
          </w:p>
        </w:tc>
        <w:tc>
          <w:tcPr>
            <w:tcW w:w="3544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</w:tcPr>
          <w:p w14:paraId="6DDE7F7A" w14:textId="16BB643F" w:rsidR="008B3B46" w:rsidRPr="00086AAA" w:rsidRDefault="008B3B46" w:rsidP="008B3B46">
            <w:pPr>
              <w:rPr>
                <w:sz w:val="20"/>
                <w:szCs w:val="28"/>
                <w:lang w:eastAsia="ja-JP"/>
              </w:rPr>
            </w:pPr>
          </w:p>
        </w:tc>
      </w:tr>
      <w:tr w:rsidR="008B3B46" w:rsidRPr="008B3B46" w14:paraId="58DDCE41" w14:textId="0BCD5E1D" w:rsidTr="00AC5263">
        <w:tc>
          <w:tcPr>
            <w:tcW w:w="1693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AF4E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6F936ED" w14:textId="77777777" w:rsidR="008B3B46" w:rsidRDefault="008B3B46" w:rsidP="008B3B46">
            <w:pPr>
              <w:rPr>
                <w:rFonts w:eastAsiaTheme="minorEastAsia" w:hint="eastAsia"/>
                <w:b/>
                <w:color w:val="00533A"/>
                <w:sz w:val="21"/>
                <w:szCs w:val="32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b/>
                <w:color w:val="00533A"/>
                <w:sz w:val="21"/>
                <w:szCs w:val="32"/>
                <w:lang w:eastAsia="ja-JP"/>
              </w:rPr>
              <w:t>建設業許可</w:t>
            </w:r>
            <w:r w:rsidRPr="00DF2224">
              <w:rPr>
                <w:b/>
                <w:color w:val="00533A"/>
                <w:sz w:val="21"/>
                <w:szCs w:val="32"/>
                <w:lang w:eastAsia="ja-JP"/>
              </w:rPr>
              <w:t>・</w:t>
            </w:r>
          </w:p>
          <w:p w14:paraId="357048DC" w14:textId="32A820A5" w:rsidR="008B3B46" w:rsidRPr="00DF2224" w:rsidRDefault="008B3B46" w:rsidP="008B3B46">
            <w:pPr>
              <w:rPr>
                <w:sz w:val="21"/>
                <w:szCs w:val="32"/>
                <w:lang w:eastAsia="ja-JP"/>
              </w:rPr>
            </w:pPr>
            <w:r w:rsidRPr="00DF2224">
              <w:rPr>
                <w:b/>
                <w:color w:val="00533A"/>
                <w:sz w:val="21"/>
                <w:szCs w:val="32"/>
                <w:lang w:eastAsia="ja-JP"/>
              </w:rPr>
              <w:t>保有資格</w:t>
            </w:r>
          </w:p>
        </w:tc>
        <w:tc>
          <w:tcPr>
            <w:tcW w:w="340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FA7F138" w14:textId="77777777" w:rsidR="008B3B46" w:rsidRPr="004E24A6" w:rsidRDefault="008B3B46" w:rsidP="008B3B46">
            <w:pPr>
              <w:rPr>
                <w:rFonts w:eastAsiaTheme="minorEastAsia" w:hint="eastAsia"/>
                <w:sz w:val="20"/>
                <w:szCs w:val="28"/>
                <w:lang w:eastAsia="ja-JP"/>
              </w:rPr>
            </w:pPr>
            <w:r w:rsidRPr="00086AAA">
              <w:rPr>
                <w:color w:val="222222"/>
                <w:sz w:val="20"/>
                <w:szCs w:val="28"/>
                <w:lang w:eastAsia="ja-JP"/>
              </w:rPr>
              <w:t xml:space="preserve">　</w:t>
            </w:r>
          </w:p>
        </w:tc>
        <w:tc>
          <w:tcPr>
            <w:tcW w:w="1701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AF4EF"/>
            <w:vAlign w:val="center"/>
          </w:tcPr>
          <w:p w14:paraId="64F87408" w14:textId="77777777" w:rsidR="008B3B46" w:rsidRDefault="008B3B46" w:rsidP="008B3B46">
            <w:pPr>
              <w:rPr>
                <w:rFonts w:ascii="ＭＳ 明朝" w:eastAsia="ＭＳ 明朝" w:hAnsi="ＭＳ 明朝" w:cs="ＭＳ 明朝"/>
                <w:b/>
                <w:color w:val="00533A"/>
                <w:sz w:val="21"/>
                <w:szCs w:val="32"/>
                <w:lang w:eastAsia="ja-JP"/>
              </w:rPr>
            </w:pPr>
            <w:r w:rsidRPr="00DF2224">
              <w:rPr>
                <w:rFonts w:ascii="ＭＳ 明朝" w:eastAsia="ＭＳ 明朝" w:hAnsi="ＭＳ 明朝" w:cs="ＭＳ 明朝" w:hint="eastAsia"/>
                <w:b/>
                <w:color w:val="00533A"/>
                <w:sz w:val="21"/>
                <w:szCs w:val="32"/>
                <w:lang w:eastAsia="ja-JP"/>
              </w:rPr>
              <w:t>施工班</w:t>
            </w:r>
            <w:r>
              <w:rPr>
                <w:rFonts w:ascii="ＭＳ 明朝" w:eastAsia="ＭＳ 明朝" w:hAnsi="ＭＳ 明朝" w:cs="ＭＳ 明朝" w:hint="eastAsia"/>
                <w:b/>
                <w:color w:val="00533A"/>
                <w:sz w:val="21"/>
                <w:szCs w:val="32"/>
                <w:lang w:eastAsia="ja-JP"/>
              </w:rPr>
              <w:t>数・</w:t>
            </w:r>
          </w:p>
          <w:p w14:paraId="65A6B227" w14:textId="2A88522A" w:rsidR="008B3B46" w:rsidRPr="00086AAA" w:rsidRDefault="008B3B46" w:rsidP="008B3B46">
            <w:pPr>
              <w:rPr>
                <w:color w:val="222222"/>
                <w:sz w:val="20"/>
                <w:szCs w:val="28"/>
                <w:lang w:eastAsia="ja-JP"/>
              </w:rPr>
            </w:pPr>
            <w:r w:rsidRPr="00DF2224">
              <w:rPr>
                <w:rFonts w:ascii="ＭＳ 明朝" w:eastAsia="ＭＳ 明朝" w:hAnsi="ＭＳ 明朝" w:cs="ＭＳ 明朝" w:hint="eastAsia"/>
                <w:b/>
                <w:color w:val="00533A"/>
                <w:sz w:val="21"/>
                <w:szCs w:val="32"/>
                <w:lang w:eastAsia="ja-JP"/>
              </w:rPr>
              <w:t>調査班</w:t>
            </w:r>
            <w:r>
              <w:rPr>
                <w:rFonts w:ascii="ＭＳ 明朝" w:eastAsia="ＭＳ 明朝" w:hAnsi="ＭＳ 明朝" w:cs="ＭＳ 明朝" w:hint="eastAsia"/>
                <w:b/>
                <w:color w:val="00533A"/>
                <w:sz w:val="21"/>
                <w:szCs w:val="32"/>
                <w:lang w:eastAsia="ja-JP"/>
              </w:rPr>
              <w:t>数</w:t>
            </w:r>
          </w:p>
        </w:tc>
        <w:tc>
          <w:tcPr>
            <w:tcW w:w="3544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</w:tcPr>
          <w:p w14:paraId="60A03C80" w14:textId="0D392E02" w:rsidR="008B3B46" w:rsidRPr="00086AAA" w:rsidRDefault="008B3B46" w:rsidP="008B3B46">
            <w:pPr>
              <w:rPr>
                <w:color w:val="222222"/>
                <w:sz w:val="20"/>
                <w:szCs w:val="28"/>
                <w:lang w:eastAsia="ja-JP"/>
              </w:rPr>
            </w:pPr>
          </w:p>
        </w:tc>
      </w:tr>
    </w:tbl>
    <w:p w14:paraId="617B7EBE" w14:textId="53D0CE69" w:rsidR="008B3B46" w:rsidRPr="00E2399F" w:rsidRDefault="00E2399F" w:rsidP="00E2399F">
      <w:pPr>
        <w:pBdr>
          <w:bottom w:val="single" w:sz="7" w:space="0" w:color="00533A"/>
        </w:pBdr>
        <w:spacing w:beforeLines="50" w:before="120" w:after="0" w:line="240" w:lineRule="auto"/>
        <w:rPr>
          <w:rFonts w:eastAsiaTheme="minorEastAsia" w:hint="eastAsia"/>
          <w:sz w:val="18"/>
          <w:szCs w:val="24"/>
          <w:lang w:eastAsia="ja-JP"/>
        </w:rPr>
      </w:pPr>
      <w:r w:rsidRPr="00E2399F">
        <w:rPr>
          <w:rFonts w:ascii="ＭＳ 明朝" w:eastAsia="ＭＳ 明朝" w:hAnsi="ＭＳ 明朝" w:cs="ＭＳ 明朝" w:hint="eastAsia"/>
          <w:b/>
          <w:color w:val="00533A"/>
          <w:sz w:val="24"/>
          <w:szCs w:val="28"/>
          <w:lang w:eastAsia="ja-JP"/>
        </w:rPr>
        <w:t>４.</w:t>
      </w:r>
      <w:r>
        <w:rPr>
          <w:rFonts w:ascii="ＭＳ 明朝" w:eastAsia="ＭＳ 明朝" w:hAnsi="ＭＳ 明朝" w:cs="ＭＳ 明朝" w:hint="eastAsia"/>
          <w:b/>
          <w:color w:val="00533A"/>
          <w:sz w:val="24"/>
          <w:szCs w:val="28"/>
          <w:lang w:eastAsia="ja-JP"/>
        </w:rPr>
        <w:t>会員費用</w:t>
      </w:r>
    </w:p>
    <w:tbl>
      <w:tblPr>
        <w:tblStyle w:val="afe"/>
        <w:tblW w:w="10340" w:type="dxa"/>
        <w:tblLayout w:type="fixed"/>
        <w:tblLook w:val="04A0" w:firstRow="1" w:lastRow="0" w:firstColumn="1" w:lastColumn="0" w:noHBand="0" w:noVBand="1"/>
      </w:tblPr>
      <w:tblGrid>
        <w:gridCol w:w="1268"/>
        <w:gridCol w:w="3686"/>
        <w:gridCol w:w="1417"/>
        <w:gridCol w:w="3969"/>
      </w:tblGrid>
      <w:tr w:rsidR="008B3B46" w14:paraId="6F8D92DC" w14:textId="77777777" w:rsidTr="000B30BE">
        <w:trPr>
          <w:trHeight w:val="309"/>
        </w:trPr>
        <w:tc>
          <w:tcPr>
            <w:tcW w:w="1268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AF4E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8FC5BCD" w14:textId="7E3034A4" w:rsidR="008B3B46" w:rsidRPr="00E2399F" w:rsidRDefault="00E2399F" w:rsidP="003C140A">
            <w:pPr>
              <w:rPr>
                <w:rFonts w:eastAsiaTheme="minorEastAsia" w:hint="eastAsia"/>
                <w:sz w:val="20"/>
                <w:szCs w:val="28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b/>
                <w:color w:val="00533A"/>
                <w:sz w:val="21"/>
                <w:szCs w:val="32"/>
                <w:lang w:eastAsia="ja-JP"/>
              </w:rPr>
              <w:t>住宅調査・施工会員</w:t>
            </w:r>
          </w:p>
        </w:tc>
        <w:tc>
          <w:tcPr>
            <w:tcW w:w="3686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854B7C4" w14:textId="1A8F576F" w:rsidR="00E2399F" w:rsidRDefault="00E2399F" w:rsidP="003C140A">
            <w:pPr>
              <w:rPr>
                <w:rFonts w:ascii="ＭＳ 明朝" w:eastAsia="ＭＳ 明朝" w:hAnsi="ＭＳ 明朝" w:cs="ＭＳ 明朝"/>
                <w:sz w:val="20"/>
                <w:szCs w:val="28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sz w:val="20"/>
                <w:szCs w:val="28"/>
                <w:lang w:eastAsia="ja-JP"/>
              </w:rPr>
              <w:t>入会費　10,000円</w:t>
            </w:r>
          </w:p>
          <w:p w14:paraId="645ABF22" w14:textId="67E3A349" w:rsidR="008B3B46" w:rsidRPr="00E2399F" w:rsidRDefault="00E2399F" w:rsidP="003C140A">
            <w:pPr>
              <w:rPr>
                <w:sz w:val="20"/>
                <w:szCs w:val="28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sz w:val="20"/>
                <w:szCs w:val="28"/>
                <w:lang w:eastAsia="ja-JP"/>
              </w:rPr>
              <w:t>年会費　50,000円</w:t>
            </w:r>
            <w:r w:rsidR="000018DE">
              <w:rPr>
                <w:rFonts w:ascii="ＭＳ 明朝" w:eastAsia="ＭＳ 明朝" w:hAnsi="ＭＳ 明朝" w:cs="ＭＳ 明朝" w:hint="eastAsia"/>
                <w:sz w:val="20"/>
                <w:szCs w:val="28"/>
                <w:lang w:eastAsia="ja-JP"/>
              </w:rPr>
              <w:t xml:space="preserve">　</w:t>
            </w:r>
            <w:r>
              <w:rPr>
                <w:rFonts w:ascii="ＭＳ 明朝" w:eastAsia="ＭＳ 明朝" w:hAnsi="ＭＳ 明朝" w:cs="ＭＳ 明朝" w:hint="eastAsia"/>
                <w:sz w:val="20"/>
                <w:szCs w:val="28"/>
                <w:lang w:eastAsia="ja-JP"/>
              </w:rPr>
              <w:t>又は月々5,000円</w:t>
            </w:r>
          </w:p>
        </w:tc>
        <w:tc>
          <w:tcPr>
            <w:tcW w:w="1417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AF4EF"/>
          </w:tcPr>
          <w:p w14:paraId="08635844" w14:textId="67778E26" w:rsidR="008B3B46" w:rsidRPr="00E2399F" w:rsidRDefault="00E2399F" w:rsidP="003C140A">
            <w:pPr>
              <w:rPr>
                <w:sz w:val="20"/>
                <w:szCs w:val="28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b/>
                <w:color w:val="00533A"/>
                <w:sz w:val="21"/>
                <w:szCs w:val="32"/>
                <w:lang w:eastAsia="ja-JP"/>
              </w:rPr>
              <w:t>設備調査・施工会員</w:t>
            </w:r>
          </w:p>
        </w:tc>
        <w:tc>
          <w:tcPr>
            <w:tcW w:w="3969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</w:tcPr>
          <w:p w14:paraId="7D9FB1CD" w14:textId="77777777" w:rsidR="008B3B46" w:rsidRDefault="00E2399F" w:rsidP="003C140A">
            <w:pPr>
              <w:rPr>
                <w:rFonts w:ascii="ＭＳ 明朝" w:eastAsia="ＭＳ 明朝" w:hAnsi="ＭＳ 明朝" w:cs="ＭＳ 明朝"/>
                <w:sz w:val="20"/>
                <w:szCs w:val="28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sz w:val="20"/>
                <w:szCs w:val="28"/>
                <w:lang w:eastAsia="ja-JP"/>
              </w:rPr>
              <w:t>入会費　10,000円</w:t>
            </w:r>
          </w:p>
          <w:p w14:paraId="663DE52B" w14:textId="22FC16B7" w:rsidR="00E2399F" w:rsidRPr="00E2399F" w:rsidRDefault="00E2399F" w:rsidP="003C140A">
            <w:pPr>
              <w:rPr>
                <w:sz w:val="20"/>
                <w:szCs w:val="28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sz w:val="20"/>
                <w:szCs w:val="28"/>
                <w:lang w:eastAsia="ja-JP"/>
              </w:rPr>
              <w:t>年会費　100,000円</w:t>
            </w:r>
            <w:r w:rsidR="000018DE">
              <w:rPr>
                <w:rFonts w:ascii="ＭＳ 明朝" w:eastAsia="ＭＳ 明朝" w:hAnsi="ＭＳ 明朝" w:cs="ＭＳ 明朝" w:hint="eastAsia"/>
                <w:sz w:val="20"/>
                <w:szCs w:val="28"/>
                <w:lang w:eastAsia="ja-JP"/>
              </w:rPr>
              <w:t xml:space="preserve">　</w:t>
            </w:r>
            <w:r>
              <w:rPr>
                <w:rFonts w:ascii="ＭＳ 明朝" w:eastAsia="ＭＳ 明朝" w:hAnsi="ＭＳ 明朝" w:cs="ＭＳ 明朝" w:hint="eastAsia"/>
                <w:sz w:val="20"/>
                <w:szCs w:val="28"/>
                <w:lang w:eastAsia="ja-JP"/>
              </w:rPr>
              <w:t>又は月々10,000円</w:t>
            </w:r>
          </w:p>
        </w:tc>
      </w:tr>
      <w:tr w:rsidR="008B3B46" w:rsidRPr="008B3B46" w14:paraId="3EA90800" w14:textId="77777777" w:rsidTr="000B30BE">
        <w:trPr>
          <w:trHeight w:val="289"/>
        </w:trPr>
        <w:tc>
          <w:tcPr>
            <w:tcW w:w="1268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AF4E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C1F6328" w14:textId="77777777" w:rsidR="00E2399F" w:rsidRDefault="00E2399F" w:rsidP="003C140A">
            <w:pPr>
              <w:rPr>
                <w:rFonts w:ascii="ＭＳ 明朝" w:eastAsia="ＭＳ 明朝" w:hAnsi="ＭＳ 明朝" w:cs="ＭＳ 明朝"/>
                <w:b/>
                <w:color w:val="00533A"/>
                <w:sz w:val="21"/>
                <w:szCs w:val="32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b/>
                <w:color w:val="00533A"/>
                <w:sz w:val="21"/>
                <w:szCs w:val="32"/>
                <w:lang w:eastAsia="ja-JP"/>
              </w:rPr>
              <w:t>住宅関係</w:t>
            </w:r>
          </w:p>
          <w:p w14:paraId="571610E8" w14:textId="6A8E9CB9" w:rsidR="008B3B46" w:rsidRPr="00E2399F" w:rsidRDefault="00E2399F" w:rsidP="003C140A">
            <w:pPr>
              <w:rPr>
                <w:sz w:val="20"/>
                <w:szCs w:val="28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b/>
                <w:color w:val="00533A"/>
                <w:sz w:val="21"/>
                <w:szCs w:val="32"/>
                <w:lang w:eastAsia="ja-JP"/>
              </w:rPr>
              <w:t>その他</w:t>
            </w:r>
          </w:p>
        </w:tc>
        <w:tc>
          <w:tcPr>
            <w:tcW w:w="3686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3A9C11A" w14:textId="2C470E1F" w:rsidR="008B3B46" w:rsidRDefault="00E2399F" w:rsidP="003C140A">
            <w:pPr>
              <w:rPr>
                <w:rFonts w:ascii="ＭＳ 明朝" w:eastAsia="ＭＳ 明朝" w:hAnsi="ＭＳ 明朝" w:cs="ＭＳ 明朝"/>
                <w:color w:val="222222"/>
                <w:sz w:val="20"/>
                <w:szCs w:val="28"/>
                <w:lang w:eastAsia="zh-CN"/>
              </w:rPr>
            </w:pPr>
            <w:r>
              <w:rPr>
                <w:rFonts w:ascii="ＭＳ 明朝" w:eastAsia="ＭＳ 明朝" w:hAnsi="ＭＳ 明朝" w:cs="ＭＳ 明朝" w:hint="eastAsia"/>
                <w:color w:val="222222"/>
                <w:sz w:val="20"/>
                <w:szCs w:val="28"/>
                <w:lang w:eastAsia="zh-CN"/>
              </w:rPr>
              <w:t>入会費　10,000円</w:t>
            </w:r>
          </w:p>
          <w:p w14:paraId="04936668" w14:textId="278D8ECE" w:rsidR="00E2399F" w:rsidRPr="00E2399F" w:rsidRDefault="00E2399F" w:rsidP="003C140A">
            <w:pPr>
              <w:rPr>
                <w:rFonts w:eastAsiaTheme="minorEastAsia" w:hint="eastAsia"/>
                <w:sz w:val="20"/>
                <w:szCs w:val="28"/>
                <w:lang w:eastAsia="zh-CN"/>
              </w:rPr>
            </w:pPr>
            <w:r>
              <w:rPr>
                <w:rFonts w:ascii="ＭＳ 明朝" w:eastAsia="ＭＳ 明朝" w:hAnsi="ＭＳ 明朝" w:cs="ＭＳ 明朝" w:hint="eastAsia"/>
                <w:color w:val="222222"/>
                <w:sz w:val="20"/>
                <w:szCs w:val="28"/>
                <w:lang w:eastAsia="zh-CN"/>
              </w:rPr>
              <w:t>年会費　10,000円</w:t>
            </w:r>
          </w:p>
        </w:tc>
        <w:tc>
          <w:tcPr>
            <w:tcW w:w="1417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AF4EF"/>
            <w:vAlign w:val="center"/>
          </w:tcPr>
          <w:p w14:paraId="470DEAE9" w14:textId="77777777" w:rsidR="00E2399F" w:rsidRDefault="00E2399F" w:rsidP="003C140A">
            <w:pPr>
              <w:rPr>
                <w:rFonts w:ascii="ＭＳ 明朝" w:eastAsia="ＭＳ 明朝" w:hAnsi="ＭＳ 明朝" w:cs="ＭＳ 明朝"/>
                <w:b/>
                <w:color w:val="00533A"/>
                <w:sz w:val="21"/>
                <w:szCs w:val="32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b/>
                <w:color w:val="00533A"/>
                <w:sz w:val="21"/>
                <w:szCs w:val="32"/>
                <w:lang w:eastAsia="ja-JP"/>
              </w:rPr>
              <w:t>設備関係</w:t>
            </w:r>
          </w:p>
          <w:p w14:paraId="2BAF4B7A" w14:textId="2D0C2C58" w:rsidR="008B3B46" w:rsidRPr="00E2399F" w:rsidRDefault="00E2399F" w:rsidP="003C140A">
            <w:pPr>
              <w:rPr>
                <w:rFonts w:eastAsiaTheme="minorEastAsia" w:hint="eastAsia"/>
                <w:color w:val="222222"/>
                <w:sz w:val="20"/>
                <w:szCs w:val="28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b/>
                <w:color w:val="00533A"/>
                <w:sz w:val="21"/>
                <w:szCs w:val="32"/>
                <w:lang w:eastAsia="ja-JP"/>
              </w:rPr>
              <w:t>その他</w:t>
            </w:r>
          </w:p>
        </w:tc>
        <w:tc>
          <w:tcPr>
            <w:tcW w:w="3969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</w:tcPr>
          <w:p w14:paraId="03CFFD39" w14:textId="5AA890F4" w:rsidR="00E2399F" w:rsidRDefault="00E2399F" w:rsidP="00E2399F">
            <w:pPr>
              <w:rPr>
                <w:rFonts w:ascii="ＭＳ 明朝" w:eastAsia="ＭＳ 明朝" w:hAnsi="ＭＳ 明朝" w:cs="ＭＳ 明朝"/>
                <w:color w:val="222222"/>
                <w:sz w:val="20"/>
                <w:szCs w:val="28"/>
                <w:lang w:eastAsia="zh-CN"/>
              </w:rPr>
            </w:pPr>
            <w:r>
              <w:rPr>
                <w:rFonts w:ascii="ＭＳ 明朝" w:eastAsia="ＭＳ 明朝" w:hAnsi="ＭＳ 明朝" w:cs="ＭＳ 明朝" w:hint="eastAsia"/>
                <w:color w:val="222222"/>
                <w:sz w:val="20"/>
                <w:szCs w:val="28"/>
                <w:lang w:eastAsia="zh-CN"/>
              </w:rPr>
              <w:t>入会費　100,000円</w:t>
            </w:r>
          </w:p>
          <w:p w14:paraId="7EEF5551" w14:textId="593066BD" w:rsidR="008B3B46" w:rsidRPr="00E2399F" w:rsidRDefault="00E2399F" w:rsidP="00E2399F">
            <w:pPr>
              <w:rPr>
                <w:color w:val="222222"/>
                <w:sz w:val="20"/>
                <w:szCs w:val="28"/>
                <w:lang w:eastAsia="zh-CN"/>
              </w:rPr>
            </w:pPr>
            <w:r>
              <w:rPr>
                <w:rFonts w:ascii="ＭＳ 明朝" w:eastAsia="ＭＳ 明朝" w:hAnsi="ＭＳ 明朝" w:cs="ＭＳ 明朝" w:hint="eastAsia"/>
                <w:color w:val="222222"/>
                <w:sz w:val="20"/>
                <w:szCs w:val="28"/>
                <w:lang w:eastAsia="zh-CN"/>
              </w:rPr>
              <w:t xml:space="preserve">年会費　</w:t>
            </w:r>
            <w:r w:rsidR="007416E3">
              <w:rPr>
                <w:rFonts w:ascii="ＭＳ 明朝" w:eastAsia="ＭＳ 明朝" w:hAnsi="ＭＳ 明朝" w:cs="ＭＳ 明朝" w:hint="eastAsia"/>
                <w:color w:val="222222"/>
                <w:sz w:val="20"/>
                <w:szCs w:val="28"/>
                <w:lang w:eastAsia="zh-CN"/>
              </w:rPr>
              <w:t>5</w:t>
            </w:r>
            <w:r>
              <w:rPr>
                <w:rFonts w:ascii="ＭＳ 明朝" w:eastAsia="ＭＳ 明朝" w:hAnsi="ＭＳ 明朝" w:cs="ＭＳ 明朝" w:hint="eastAsia"/>
                <w:color w:val="222222"/>
                <w:sz w:val="20"/>
                <w:szCs w:val="28"/>
                <w:lang w:eastAsia="zh-CN"/>
              </w:rPr>
              <w:t>0,000円</w:t>
            </w:r>
          </w:p>
        </w:tc>
      </w:tr>
    </w:tbl>
    <w:p w14:paraId="5AF023AA" w14:textId="5D8F5619" w:rsidR="000B30BE" w:rsidRDefault="00F85F6D" w:rsidP="00CA27B0">
      <w:pPr>
        <w:pBdr>
          <w:bottom w:val="single" w:sz="7" w:space="0" w:color="00533A"/>
        </w:pBdr>
        <w:spacing w:after="40" w:line="240" w:lineRule="auto"/>
        <w:rPr>
          <w:rFonts w:eastAsiaTheme="minorEastAsia" w:hint="eastAsia"/>
          <w:sz w:val="20"/>
          <w:szCs w:val="28"/>
          <w:lang w:eastAsia="ja-JP"/>
        </w:rPr>
      </w:pPr>
      <w:r>
        <w:rPr>
          <w:rFonts w:eastAsiaTheme="minorEastAsia" w:hint="eastAsia"/>
          <w:sz w:val="20"/>
          <w:szCs w:val="28"/>
          <w:lang w:eastAsia="ja-JP"/>
        </w:rPr>
        <w:t>申し込み完了後、会員証を送付いたします。</w:t>
      </w:r>
    </w:p>
    <w:p w14:paraId="48AEC378" w14:textId="36B9312E" w:rsidR="00D532B2" w:rsidRDefault="00D532B2" w:rsidP="00CA27B0">
      <w:pPr>
        <w:pBdr>
          <w:bottom w:val="single" w:sz="7" w:space="0" w:color="00533A"/>
        </w:pBdr>
        <w:spacing w:after="40" w:line="240" w:lineRule="auto"/>
        <w:rPr>
          <w:rFonts w:eastAsiaTheme="minorEastAsia" w:hint="eastAsia"/>
          <w:sz w:val="20"/>
          <w:szCs w:val="28"/>
          <w:lang w:eastAsia="ja-JP"/>
        </w:rPr>
      </w:pPr>
      <w:r>
        <w:rPr>
          <w:rFonts w:eastAsiaTheme="minorEastAsia" w:hint="eastAsia"/>
          <w:sz w:val="20"/>
          <w:szCs w:val="28"/>
          <w:lang w:eastAsia="ja-JP"/>
        </w:rPr>
        <w:t>会員費用に関しては、協会に加入するための費用</w:t>
      </w:r>
      <w:r w:rsidR="00F85F6D">
        <w:rPr>
          <w:rFonts w:eastAsiaTheme="minorEastAsia" w:hint="eastAsia"/>
          <w:sz w:val="20"/>
          <w:szCs w:val="28"/>
          <w:lang w:eastAsia="ja-JP"/>
        </w:rPr>
        <w:t>です。</w:t>
      </w:r>
    </w:p>
    <w:p w14:paraId="17D6071B" w14:textId="3B1A1DB7" w:rsidR="001C09C8" w:rsidRDefault="00D532B2" w:rsidP="00CA27B0">
      <w:pPr>
        <w:pBdr>
          <w:bottom w:val="single" w:sz="7" w:space="0" w:color="00533A"/>
        </w:pBdr>
        <w:spacing w:after="40" w:line="240" w:lineRule="auto"/>
        <w:rPr>
          <w:rFonts w:eastAsiaTheme="minorEastAsia"/>
          <w:sz w:val="20"/>
          <w:szCs w:val="28"/>
          <w:lang w:eastAsia="ja-JP"/>
        </w:rPr>
      </w:pPr>
      <w:r>
        <w:rPr>
          <w:rFonts w:eastAsiaTheme="minorEastAsia" w:hint="eastAsia"/>
          <w:sz w:val="20"/>
          <w:szCs w:val="28"/>
          <w:lang w:eastAsia="ja-JP"/>
        </w:rPr>
        <w:t>会員となり、</w:t>
      </w:r>
      <w:r>
        <w:rPr>
          <w:rFonts w:eastAsiaTheme="minorEastAsia" w:hint="eastAsia"/>
          <w:sz w:val="20"/>
          <w:szCs w:val="28"/>
          <w:lang w:eastAsia="ja-JP"/>
        </w:rPr>
        <w:t>UPG</w:t>
      </w:r>
      <w:r>
        <w:rPr>
          <w:rFonts w:eastAsiaTheme="minorEastAsia" w:hint="eastAsia"/>
          <w:sz w:val="20"/>
          <w:szCs w:val="28"/>
          <w:lang w:eastAsia="ja-JP"/>
        </w:rPr>
        <w:t>設計、</w:t>
      </w:r>
      <w:r>
        <w:rPr>
          <w:rFonts w:eastAsiaTheme="minorEastAsia" w:hint="eastAsia"/>
          <w:sz w:val="20"/>
          <w:szCs w:val="28"/>
          <w:lang w:eastAsia="ja-JP"/>
        </w:rPr>
        <w:t>UPG</w:t>
      </w:r>
      <w:r>
        <w:rPr>
          <w:rFonts w:eastAsiaTheme="minorEastAsia" w:hint="eastAsia"/>
          <w:sz w:val="20"/>
          <w:szCs w:val="28"/>
          <w:lang w:eastAsia="ja-JP"/>
        </w:rPr>
        <w:t>工法、</w:t>
      </w:r>
      <w:r>
        <w:rPr>
          <w:rFonts w:eastAsiaTheme="minorEastAsia" w:hint="eastAsia"/>
          <w:sz w:val="20"/>
          <w:szCs w:val="28"/>
          <w:lang w:eastAsia="ja-JP"/>
        </w:rPr>
        <w:t>UPG</w:t>
      </w:r>
      <w:r>
        <w:rPr>
          <w:rFonts w:eastAsiaTheme="minorEastAsia" w:hint="eastAsia"/>
          <w:sz w:val="20"/>
          <w:szCs w:val="28"/>
          <w:lang w:eastAsia="ja-JP"/>
        </w:rPr>
        <w:t>地盤保証を使用する場合は</w:t>
      </w:r>
      <w:r w:rsidR="00F85F6D">
        <w:rPr>
          <w:rFonts w:eastAsiaTheme="minorEastAsia" w:hint="eastAsia"/>
          <w:sz w:val="20"/>
          <w:szCs w:val="28"/>
          <w:lang w:eastAsia="ja-JP"/>
        </w:rPr>
        <w:t>、</w:t>
      </w:r>
      <w:r>
        <w:rPr>
          <w:rFonts w:eastAsiaTheme="minorEastAsia" w:hint="eastAsia"/>
          <w:sz w:val="20"/>
          <w:szCs w:val="28"/>
          <w:lang w:eastAsia="ja-JP"/>
        </w:rPr>
        <w:t>別途費用を頂戴いたします</w:t>
      </w:r>
      <w:r w:rsidR="006B4811">
        <w:rPr>
          <w:rFonts w:eastAsiaTheme="minorEastAsia" w:hint="eastAsia"/>
          <w:sz w:val="20"/>
          <w:szCs w:val="28"/>
          <w:lang w:eastAsia="ja-JP"/>
        </w:rPr>
        <w:t>。</w:t>
      </w:r>
    </w:p>
    <w:p w14:paraId="6C01945C" w14:textId="77777777" w:rsidR="004E2AEA" w:rsidRDefault="004E2AEA" w:rsidP="00CA27B0">
      <w:pPr>
        <w:pBdr>
          <w:bottom w:val="single" w:sz="7" w:space="0" w:color="00533A"/>
        </w:pBdr>
        <w:spacing w:after="40" w:line="240" w:lineRule="auto"/>
        <w:rPr>
          <w:rFonts w:eastAsiaTheme="minorEastAsia"/>
          <w:sz w:val="20"/>
          <w:szCs w:val="28"/>
          <w:lang w:eastAsia="ja-JP"/>
        </w:rPr>
      </w:pPr>
    </w:p>
    <w:p w14:paraId="4EB8E195" w14:textId="32D025A6" w:rsidR="004E2AEA" w:rsidRPr="001C09C8" w:rsidRDefault="004E2AEA" w:rsidP="00CA27B0">
      <w:pPr>
        <w:pBdr>
          <w:bottom w:val="single" w:sz="7" w:space="0" w:color="00533A"/>
        </w:pBdr>
        <w:spacing w:after="40" w:line="240" w:lineRule="auto"/>
        <w:rPr>
          <w:rFonts w:eastAsiaTheme="minorEastAsia" w:hint="eastAsia"/>
          <w:sz w:val="20"/>
          <w:szCs w:val="28"/>
          <w:lang w:eastAsia="ja-JP"/>
        </w:rPr>
      </w:pPr>
      <w:r>
        <w:rPr>
          <w:rFonts w:eastAsiaTheme="minorEastAsia" w:hint="eastAsia"/>
          <w:sz w:val="20"/>
          <w:szCs w:val="28"/>
          <w:lang w:eastAsia="ja-JP"/>
        </w:rPr>
        <w:t xml:space="preserve">一般社団法人サステナブル地盤再利用協会　</w:t>
      </w:r>
      <w:r w:rsidRPr="004E2AEA">
        <w:rPr>
          <w:rFonts w:eastAsiaTheme="minorEastAsia"/>
          <w:sz w:val="20"/>
          <w:szCs w:val="28"/>
          <w:lang w:eastAsia="ja-JP"/>
        </w:rPr>
        <w:t>https://upg.or.jp/</w:t>
      </w:r>
    </w:p>
    <w:sectPr w:rsidR="004E2AEA" w:rsidRPr="001C09C8" w:rsidSect="00034616">
      <w:footerReference w:type="default" r:id="rId9"/>
      <w:pgSz w:w="11906" w:h="16838"/>
      <w:pgMar w:top="567" w:right="794" w:bottom="567" w:left="7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42BF9" w14:textId="77777777" w:rsidR="00A525C0" w:rsidRDefault="00A525C0">
      <w:pPr>
        <w:spacing w:after="0" w:line="240" w:lineRule="auto"/>
      </w:pPr>
      <w:r>
        <w:separator/>
      </w:r>
    </w:p>
  </w:endnote>
  <w:endnote w:type="continuationSeparator" w:id="0">
    <w:p w14:paraId="0A37AD8F" w14:textId="77777777" w:rsidR="00A525C0" w:rsidRDefault="00A5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Noto Sans CJK JP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43E1C" w14:textId="6C42E91D" w:rsidR="008F08A4" w:rsidRPr="006B4811" w:rsidRDefault="00D910FC" w:rsidP="006B4811">
    <w:pPr>
      <w:pStyle w:val="a7"/>
      <w:jc w:val="center"/>
      <w:rPr>
        <w:rFonts w:eastAsiaTheme="minorEastAsia" w:hint="eastAsia"/>
        <w:color w:val="666666"/>
        <w:sz w:val="14"/>
        <w:lang w:eastAsia="ja-JP"/>
      </w:rPr>
    </w:pPr>
    <w:r>
      <w:rPr>
        <w:color w:val="666666"/>
        <w:sz w:val="14"/>
        <w:lang w:eastAsia="ja-JP"/>
      </w:rPr>
      <w:t>一般社団法人サステナブル地盤再利用協会｜入会申込書（住宅部門・設備部門 共通版）｜2026年7月版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6B6F3" w14:textId="77777777" w:rsidR="00A525C0" w:rsidRDefault="00A525C0">
      <w:pPr>
        <w:spacing w:after="0" w:line="240" w:lineRule="auto"/>
      </w:pPr>
      <w:r>
        <w:separator/>
      </w:r>
    </w:p>
  </w:footnote>
  <w:footnote w:type="continuationSeparator" w:id="0">
    <w:p w14:paraId="7E84B3BC" w14:textId="77777777" w:rsidR="00A525C0" w:rsidRDefault="00A5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42685183">
    <w:abstractNumId w:val="8"/>
  </w:num>
  <w:num w:numId="2" w16cid:durableId="1949849942">
    <w:abstractNumId w:val="6"/>
  </w:num>
  <w:num w:numId="3" w16cid:durableId="1774980233">
    <w:abstractNumId w:val="5"/>
  </w:num>
  <w:num w:numId="4" w16cid:durableId="1039865575">
    <w:abstractNumId w:val="4"/>
  </w:num>
  <w:num w:numId="5" w16cid:durableId="1534607752">
    <w:abstractNumId w:val="7"/>
  </w:num>
  <w:num w:numId="6" w16cid:durableId="202132968">
    <w:abstractNumId w:val="3"/>
  </w:num>
  <w:num w:numId="7" w16cid:durableId="421336175">
    <w:abstractNumId w:val="2"/>
  </w:num>
  <w:num w:numId="8" w16cid:durableId="1701053198">
    <w:abstractNumId w:val="1"/>
  </w:num>
  <w:num w:numId="9" w16cid:durableId="134876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8DE"/>
    <w:rsid w:val="00034616"/>
    <w:rsid w:val="0003704C"/>
    <w:rsid w:val="0006063C"/>
    <w:rsid w:val="00086AAA"/>
    <w:rsid w:val="000B30BE"/>
    <w:rsid w:val="000F6D90"/>
    <w:rsid w:val="00110952"/>
    <w:rsid w:val="0012429A"/>
    <w:rsid w:val="0015074B"/>
    <w:rsid w:val="001A6E4C"/>
    <w:rsid w:val="001C09C8"/>
    <w:rsid w:val="001C6898"/>
    <w:rsid w:val="002459AC"/>
    <w:rsid w:val="0029639D"/>
    <w:rsid w:val="002C5912"/>
    <w:rsid w:val="002F7FCC"/>
    <w:rsid w:val="003160D6"/>
    <w:rsid w:val="00326F90"/>
    <w:rsid w:val="00333792"/>
    <w:rsid w:val="003C7F0E"/>
    <w:rsid w:val="004C2B51"/>
    <w:rsid w:val="004C7993"/>
    <w:rsid w:val="004E24A6"/>
    <w:rsid w:val="004E2AEA"/>
    <w:rsid w:val="004F78B5"/>
    <w:rsid w:val="005506D1"/>
    <w:rsid w:val="0059623A"/>
    <w:rsid w:val="005A0A89"/>
    <w:rsid w:val="005C587C"/>
    <w:rsid w:val="005D7B14"/>
    <w:rsid w:val="00607D03"/>
    <w:rsid w:val="00615D34"/>
    <w:rsid w:val="00625E8F"/>
    <w:rsid w:val="00641E50"/>
    <w:rsid w:val="00655E39"/>
    <w:rsid w:val="006B4811"/>
    <w:rsid w:val="006E0AA9"/>
    <w:rsid w:val="0070060E"/>
    <w:rsid w:val="007416E3"/>
    <w:rsid w:val="007609FF"/>
    <w:rsid w:val="00816D8A"/>
    <w:rsid w:val="00840125"/>
    <w:rsid w:val="00867912"/>
    <w:rsid w:val="008B3B46"/>
    <w:rsid w:val="008D6E19"/>
    <w:rsid w:val="008F08A4"/>
    <w:rsid w:val="00916D64"/>
    <w:rsid w:val="009A1507"/>
    <w:rsid w:val="009E5895"/>
    <w:rsid w:val="00A13E4B"/>
    <w:rsid w:val="00A525C0"/>
    <w:rsid w:val="00A81E80"/>
    <w:rsid w:val="00AA1D8D"/>
    <w:rsid w:val="00AA3AF6"/>
    <w:rsid w:val="00AC0538"/>
    <w:rsid w:val="00AC5263"/>
    <w:rsid w:val="00AC7E3E"/>
    <w:rsid w:val="00AD23CA"/>
    <w:rsid w:val="00B47730"/>
    <w:rsid w:val="00B50B8D"/>
    <w:rsid w:val="00B87483"/>
    <w:rsid w:val="00B917AF"/>
    <w:rsid w:val="00BA65E5"/>
    <w:rsid w:val="00C01402"/>
    <w:rsid w:val="00C647F1"/>
    <w:rsid w:val="00C7597E"/>
    <w:rsid w:val="00CA27B0"/>
    <w:rsid w:val="00CB0664"/>
    <w:rsid w:val="00CD40E0"/>
    <w:rsid w:val="00D51EE1"/>
    <w:rsid w:val="00D532B2"/>
    <w:rsid w:val="00D910FC"/>
    <w:rsid w:val="00DC1ECF"/>
    <w:rsid w:val="00DF2224"/>
    <w:rsid w:val="00DF4438"/>
    <w:rsid w:val="00E20C07"/>
    <w:rsid w:val="00E2399F"/>
    <w:rsid w:val="00E83EA2"/>
    <w:rsid w:val="00EC14E0"/>
    <w:rsid w:val="00F131D2"/>
    <w:rsid w:val="00F5145A"/>
    <w:rsid w:val="00F674A4"/>
    <w:rsid w:val="00F7320F"/>
    <w:rsid w:val="00F77E0F"/>
    <w:rsid w:val="00F85F6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B89219"/>
  <w14:defaultImageDpi w14:val="300"/>
  <w15:docId w15:val="{0DB9D215-3E2C-488F-BE10-18863A41F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Noto Sans CJK JP" w:eastAsia="Noto Sans CJK JP" w:hAnsi="Noto Sans CJK JP"/>
      <w:sz w:val="17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サステナブル地盤再利用協会 入会申込書 住宅設備部門共通版</vt:lpstr>
      <vt:lpstr/>
    </vt:vector>
  </TitlesOfParts>
  <Manager/>
  <Company/>
  <LinksUpToDate>false</LinksUpToDate>
  <CharactersWithSpaces>835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サステナブル地盤再利用協会 入会申込書 住宅設備部門共通版</dc:title>
  <dc:subject/>
  <dc:creator>OpenAI</dc:creator>
  <cp:keywords/>
  <dc:description>generated by python-docx</dc:description>
  <cp:lastModifiedBy>拓未 畑野</cp:lastModifiedBy>
  <cp:revision>24</cp:revision>
  <cp:lastPrinted>2026-09-08T05:22:00Z</cp:lastPrinted>
  <dcterms:created xsi:type="dcterms:W3CDTF">2026-09-01T02:03:00Z</dcterms:created>
  <dcterms:modified xsi:type="dcterms:W3CDTF">2026-09-08T06:31:00Z</dcterms:modified>
  <cp:category/>
</cp:coreProperties>
</file>